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849DB" w14:textId="77777777" w:rsidR="006A1F76" w:rsidRPr="00A8702F" w:rsidRDefault="00000000" w:rsidP="00C17ABA">
      <w:pPr>
        <w:spacing w:after="80" w:line="240" w:lineRule="auto"/>
        <w:jc w:val="right"/>
        <w:rPr>
          <w:sz w:val="22"/>
        </w:rPr>
      </w:pPr>
      <w:r w:rsidRPr="00A8702F">
        <w:rPr>
          <w:b/>
          <w:sz w:val="22"/>
        </w:rPr>
        <w:t>ਅਨੁਬੰਧ ਕ</w:t>
      </w:r>
    </w:p>
    <w:p w14:paraId="34872511" w14:textId="77777777" w:rsidR="006A1F76" w:rsidRPr="00A8702F" w:rsidRDefault="00000000" w:rsidP="00A8702F">
      <w:pPr>
        <w:spacing w:after="80" w:line="240" w:lineRule="auto"/>
        <w:jc w:val="center"/>
        <w:rPr>
          <w:sz w:val="22"/>
        </w:rPr>
      </w:pPr>
      <w:r w:rsidRPr="00A8702F">
        <w:rPr>
          <w:b/>
          <w:sz w:val="22"/>
        </w:rPr>
        <w:t>ਮੁੱਖ ਤੱਥ ਵੇਰਵਾ</w:t>
      </w:r>
    </w:p>
    <w:p w14:paraId="23925C69" w14:textId="77777777" w:rsidR="006A1F76" w:rsidRPr="00A8702F" w:rsidRDefault="00000000" w:rsidP="00A8702F">
      <w:pPr>
        <w:spacing w:after="80" w:line="240" w:lineRule="auto"/>
        <w:jc w:val="center"/>
        <w:rPr>
          <w:sz w:val="22"/>
        </w:rPr>
      </w:pPr>
      <w:r w:rsidRPr="00A8702F">
        <w:rPr>
          <w:b/>
          <w:sz w:val="22"/>
        </w:rPr>
        <w:t>ਭਾਗ 1 (ਵਿਆਜ ਦਰ ਅਤੇ ਫੀਸ/ਚਾਰਜ)</w:t>
      </w:r>
    </w:p>
    <w:tbl>
      <w:tblPr>
        <w:tblStyle w:val="TableGrid"/>
        <w:tblW w:w="10944" w:type="dxa"/>
        <w:tblLayout w:type="fixed"/>
        <w:tblLook w:val="04A0" w:firstRow="1" w:lastRow="0" w:firstColumn="1" w:lastColumn="0" w:noHBand="0" w:noVBand="1"/>
      </w:tblPr>
      <w:tblGrid>
        <w:gridCol w:w="420"/>
        <w:gridCol w:w="840"/>
        <w:gridCol w:w="1230"/>
        <w:gridCol w:w="57"/>
        <w:gridCol w:w="1417"/>
        <w:gridCol w:w="1134"/>
        <w:gridCol w:w="32"/>
        <w:gridCol w:w="1020"/>
        <w:gridCol w:w="791"/>
        <w:gridCol w:w="229"/>
        <w:gridCol w:w="284"/>
        <w:gridCol w:w="1603"/>
        <w:gridCol w:w="1887"/>
      </w:tblGrid>
      <w:tr w:rsidR="00AB2743" w:rsidRPr="00A8702F" w14:paraId="33F67A2C" w14:textId="77777777" w:rsidTr="00C17ABA">
        <w:trPr>
          <w:trHeight w:val="20"/>
        </w:trPr>
        <w:tc>
          <w:tcPr>
            <w:tcW w:w="420" w:type="dxa"/>
          </w:tcPr>
          <w:p w14:paraId="649841BE" w14:textId="77777777" w:rsidR="00AB2743" w:rsidRPr="00A8702F" w:rsidRDefault="00AB2743" w:rsidP="00A8702F">
            <w:pPr>
              <w:jc w:val="center"/>
              <w:rPr>
                <w:sz w:val="22"/>
              </w:rPr>
            </w:pPr>
            <w:r w:rsidRPr="00A8702F">
              <w:rPr>
                <w:sz w:val="22"/>
              </w:rPr>
              <w:t>1</w:t>
            </w:r>
          </w:p>
        </w:tc>
        <w:tc>
          <w:tcPr>
            <w:tcW w:w="3544" w:type="dxa"/>
            <w:gridSpan w:val="4"/>
          </w:tcPr>
          <w:p w14:paraId="36444910" w14:textId="77777777" w:rsidR="00AB2743" w:rsidRPr="00A8702F" w:rsidRDefault="00AB2743" w:rsidP="00A8702F">
            <w:pPr>
              <w:rPr>
                <w:sz w:val="22"/>
              </w:rPr>
            </w:pPr>
            <w:r w:rsidRPr="00A8702F">
              <w:rPr>
                <w:sz w:val="22"/>
              </w:rPr>
              <w:t>ਕਰਜ਼ ਪ੍ਰਸਤਾਵ/ਖਾਤਾ ਨੰਬਰ</w:t>
            </w:r>
          </w:p>
        </w:tc>
        <w:tc>
          <w:tcPr>
            <w:tcW w:w="1134" w:type="dxa"/>
          </w:tcPr>
          <w:p w14:paraId="672A6659" w14:textId="77777777" w:rsidR="00AB2743" w:rsidRPr="00A8702F" w:rsidRDefault="00AB2743" w:rsidP="00A8702F">
            <w:pPr>
              <w:rPr>
                <w:sz w:val="22"/>
              </w:rPr>
            </w:pPr>
          </w:p>
        </w:tc>
        <w:tc>
          <w:tcPr>
            <w:tcW w:w="1843" w:type="dxa"/>
            <w:gridSpan w:val="3"/>
          </w:tcPr>
          <w:p w14:paraId="1148F260" w14:textId="77777777" w:rsidR="00AB2743" w:rsidRPr="00A8702F" w:rsidRDefault="00AB2743" w:rsidP="00A8702F">
            <w:pPr>
              <w:rPr>
                <w:sz w:val="22"/>
              </w:rPr>
            </w:pPr>
            <w:r w:rsidRPr="00A8702F">
              <w:rPr>
                <w:sz w:val="22"/>
              </w:rPr>
              <w:t>ਕਰਜ਼ ਦੀ ਕਿਸਮ</w:t>
            </w:r>
          </w:p>
        </w:tc>
        <w:tc>
          <w:tcPr>
            <w:tcW w:w="4003" w:type="dxa"/>
            <w:gridSpan w:val="4"/>
          </w:tcPr>
          <w:p w14:paraId="5DAB6C7B" w14:textId="77777777" w:rsidR="00AB2743" w:rsidRPr="00A8702F" w:rsidRDefault="00AB2743" w:rsidP="00A8702F">
            <w:pPr>
              <w:rPr>
                <w:sz w:val="22"/>
              </w:rPr>
            </w:pPr>
          </w:p>
        </w:tc>
      </w:tr>
      <w:tr w:rsidR="00AB2743" w:rsidRPr="00A8702F" w14:paraId="68EA6DD6" w14:textId="77777777" w:rsidTr="00C17ABA">
        <w:trPr>
          <w:trHeight w:val="20"/>
        </w:trPr>
        <w:tc>
          <w:tcPr>
            <w:tcW w:w="420" w:type="dxa"/>
          </w:tcPr>
          <w:p w14:paraId="18F999B5" w14:textId="77777777" w:rsidR="00AB2743" w:rsidRPr="00A8702F" w:rsidRDefault="00AB2743" w:rsidP="00A8702F">
            <w:pPr>
              <w:jc w:val="center"/>
              <w:rPr>
                <w:sz w:val="22"/>
              </w:rPr>
            </w:pPr>
            <w:r w:rsidRPr="00A8702F">
              <w:rPr>
                <w:sz w:val="22"/>
              </w:rPr>
              <w:t>2</w:t>
            </w:r>
          </w:p>
        </w:tc>
        <w:tc>
          <w:tcPr>
            <w:tcW w:w="3544" w:type="dxa"/>
            <w:gridSpan w:val="4"/>
          </w:tcPr>
          <w:p w14:paraId="4E11453B" w14:textId="77777777" w:rsidR="00AB2743" w:rsidRPr="00A8702F" w:rsidRDefault="00AB2743" w:rsidP="00A8702F">
            <w:pPr>
              <w:rPr>
                <w:sz w:val="22"/>
              </w:rPr>
            </w:pPr>
            <w:r w:rsidRPr="00A8702F">
              <w:rPr>
                <w:sz w:val="22"/>
              </w:rPr>
              <w:t>ਮਨਜ਼ੂਰ ਕਰਜ਼ ਰਕਮ (ਰੁਪਏ ਵਿੱਚ)</w:t>
            </w:r>
          </w:p>
        </w:tc>
        <w:tc>
          <w:tcPr>
            <w:tcW w:w="6980" w:type="dxa"/>
            <w:gridSpan w:val="8"/>
          </w:tcPr>
          <w:p w14:paraId="41C8F396" w14:textId="77777777" w:rsidR="00AB2743" w:rsidRPr="00A8702F" w:rsidRDefault="00AB2743" w:rsidP="00A8702F">
            <w:pPr>
              <w:rPr>
                <w:sz w:val="22"/>
              </w:rPr>
            </w:pPr>
          </w:p>
        </w:tc>
      </w:tr>
      <w:tr w:rsidR="00C17ABA" w:rsidRPr="00A8702F" w14:paraId="25896DD3" w14:textId="77777777" w:rsidTr="00EB174B">
        <w:trPr>
          <w:trHeight w:val="20"/>
        </w:trPr>
        <w:tc>
          <w:tcPr>
            <w:tcW w:w="420" w:type="dxa"/>
          </w:tcPr>
          <w:p w14:paraId="5FCD5EC4" w14:textId="77777777" w:rsidR="00C17ABA" w:rsidRPr="00A8702F" w:rsidRDefault="00C17ABA" w:rsidP="00A8702F">
            <w:pPr>
              <w:jc w:val="center"/>
              <w:rPr>
                <w:sz w:val="22"/>
              </w:rPr>
            </w:pPr>
            <w:r w:rsidRPr="00A8702F">
              <w:rPr>
                <w:sz w:val="22"/>
              </w:rPr>
              <w:t>3</w:t>
            </w:r>
          </w:p>
        </w:tc>
        <w:tc>
          <w:tcPr>
            <w:tcW w:w="7034" w:type="dxa"/>
            <w:gridSpan w:val="10"/>
          </w:tcPr>
          <w:p w14:paraId="27B22E44" w14:textId="55A286EB" w:rsidR="00C17ABA" w:rsidRPr="00A8702F" w:rsidRDefault="00C17ABA" w:rsidP="00A8702F">
            <w:pPr>
              <w:rPr>
                <w:sz w:val="22"/>
              </w:rPr>
            </w:pPr>
            <w:r w:rsidRPr="00A8702F">
              <w:rPr>
                <w:sz w:val="22"/>
              </w:rPr>
              <w:t>ਕਰਜ਼ ਵੰਡ ਸਮਾਂ-ਸਾਰਣੀ</w:t>
            </w:r>
            <w:r w:rsidRPr="00A8702F">
              <w:rPr>
                <w:sz w:val="22"/>
              </w:rPr>
              <w:br/>
              <w:t>(i) ਪੜਾਵਾਂ ਵਿੱਚ ਵੰਡ ਜਾਂ 100% ਅਗਾਊਂ ਵੰਡ।</w:t>
            </w:r>
            <w:r w:rsidRPr="00A8702F">
              <w:rPr>
                <w:sz w:val="22"/>
              </w:rPr>
              <w:br/>
              <w:t>(ii) ਜੇ ਵੰਡ ਪੜਾਵਾਂ ਵਿੱਚ ਹੈ, ਤਾਂ ਸੰਬੰਧਿਤ ਵੇਰਵਿਆਂ ਵਾਲੀ ਕਰਜ਼ ਸਮਝੌਤੇ ਦੀ ਧਾਰਾ ਦਰਸਾਓ</w:t>
            </w:r>
          </w:p>
        </w:tc>
        <w:tc>
          <w:tcPr>
            <w:tcW w:w="3490" w:type="dxa"/>
            <w:gridSpan w:val="2"/>
          </w:tcPr>
          <w:p w14:paraId="60061E4C" w14:textId="0A92401C" w:rsidR="00C17ABA" w:rsidRPr="00A8702F" w:rsidRDefault="00C17ABA" w:rsidP="00A8702F">
            <w:pPr>
              <w:rPr>
                <w:sz w:val="22"/>
              </w:rPr>
            </w:pPr>
          </w:p>
        </w:tc>
      </w:tr>
      <w:tr w:rsidR="00AB2743" w:rsidRPr="00A8702F" w14:paraId="3D97B2AC" w14:textId="77777777" w:rsidTr="00C17ABA">
        <w:trPr>
          <w:trHeight w:val="20"/>
        </w:trPr>
        <w:tc>
          <w:tcPr>
            <w:tcW w:w="420" w:type="dxa"/>
          </w:tcPr>
          <w:p w14:paraId="2598DEE6" w14:textId="77777777" w:rsidR="00AB2743" w:rsidRPr="00A8702F" w:rsidRDefault="00AB2743" w:rsidP="00A8702F">
            <w:pPr>
              <w:jc w:val="center"/>
              <w:rPr>
                <w:sz w:val="22"/>
              </w:rPr>
            </w:pPr>
            <w:r w:rsidRPr="00A8702F">
              <w:rPr>
                <w:sz w:val="22"/>
              </w:rPr>
              <w:t>4</w:t>
            </w:r>
          </w:p>
        </w:tc>
        <w:tc>
          <w:tcPr>
            <w:tcW w:w="3544" w:type="dxa"/>
            <w:gridSpan w:val="4"/>
          </w:tcPr>
          <w:p w14:paraId="26735DFE" w14:textId="77777777" w:rsidR="00AB2743" w:rsidRPr="00A8702F" w:rsidRDefault="00AB2743" w:rsidP="00A8702F">
            <w:pPr>
              <w:rPr>
                <w:sz w:val="22"/>
              </w:rPr>
            </w:pPr>
            <w:r w:rsidRPr="00A8702F">
              <w:rPr>
                <w:sz w:val="22"/>
              </w:rPr>
              <w:t>ਕਰਜ਼ ਮਿਆਦ (ਸਾਲ/ਮਹੀਨੇ/ਦਿਨ)</w:t>
            </w:r>
          </w:p>
        </w:tc>
        <w:tc>
          <w:tcPr>
            <w:tcW w:w="6980" w:type="dxa"/>
            <w:gridSpan w:val="8"/>
          </w:tcPr>
          <w:p w14:paraId="3656B9AB" w14:textId="77777777" w:rsidR="00AB2743" w:rsidRPr="00A8702F" w:rsidRDefault="00AB2743" w:rsidP="00A8702F">
            <w:pPr>
              <w:rPr>
                <w:sz w:val="22"/>
              </w:rPr>
            </w:pPr>
          </w:p>
        </w:tc>
      </w:tr>
      <w:tr w:rsidR="00AB2743" w:rsidRPr="00A8702F" w14:paraId="5585B4F4" w14:textId="77777777" w:rsidTr="00C17ABA">
        <w:trPr>
          <w:trHeight w:val="20"/>
        </w:trPr>
        <w:tc>
          <w:tcPr>
            <w:tcW w:w="420" w:type="dxa"/>
          </w:tcPr>
          <w:p w14:paraId="78941E47" w14:textId="77777777" w:rsidR="00AB2743" w:rsidRPr="00A8702F" w:rsidRDefault="00AB2743" w:rsidP="00A8702F">
            <w:pPr>
              <w:jc w:val="center"/>
              <w:rPr>
                <w:sz w:val="22"/>
              </w:rPr>
            </w:pPr>
            <w:r w:rsidRPr="00A8702F">
              <w:rPr>
                <w:sz w:val="22"/>
              </w:rPr>
              <w:t>5</w:t>
            </w:r>
          </w:p>
        </w:tc>
        <w:tc>
          <w:tcPr>
            <w:tcW w:w="3544" w:type="dxa"/>
            <w:gridSpan w:val="4"/>
          </w:tcPr>
          <w:p w14:paraId="09CD0DBF" w14:textId="77777777" w:rsidR="00AB2743" w:rsidRPr="00A8702F" w:rsidRDefault="00AB2743" w:rsidP="00A8702F">
            <w:pPr>
              <w:rPr>
                <w:sz w:val="22"/>
              </w:rPr>
            </w:pPr>
            <w:r w:rsidRPr="00A8702F">
              <w:rPr>
                <w:sz w:val="22"/>
              </w:rPr>
              <w:t>ਕਿਸ਼ਤਾਂ ਦਾ ਵੇਰਵਾ</w:t>
            </w:r>
          </w:p>
        </w:tc>
        <w:tc>
          <w:tcPr>
            <w:tcW w:w="6980" w:type="dxa"/>
            <w:gridSpan w:val="8"/>
          </w:tcPr>
          <w:p w14:paraId="62486C05" w14:textId="77777777" w:rsidR="00AB2743" w:rsidRPr="00A8702F" w:rsidRDefault="00AB2743" w:rsidP="00A8702F">
            <w:pPr>
              <w:rPr>
                <w:sz w:val="22"/>
              </w:rPr>
            </w:pPr>
          </w:p>
        </w:tc>
      </w:tr>
      <w:tr w:rsidR="00AB2743" w:rsidRPr="00A8702F" w14:paraId="6FAA67F4" w14:textId="77777777" w:rsidTr="00C17ABA">
        <w:trPr>
          <w:trHeight w:val="20"/>
        </w:trPr>
        <w:tc>
          <w:tcPr>
            <w:tcW w:w="420" w:type="dxa"/>
          </w:tcPr>
          <w:p w14:paraId="4101652C" w14:textId="77777777" w:rsidR="00AB2743" w:rsidRPr="00A8702F" w:rsidRDefault="00AB2743" w:rsidP="00A8702F">
            <w:pPr>
              <w:jc w:val="center"/>
              <w:rPr>
                <w:sz w:val="22"/>
              </w:rPr>
            </w:pPr>
          </w:p>
        </w:tc>
        <w:tc>
          <w:tcPr>
            <w:tcW w:w="2127" w:type="dxa"/>
            <w:gridSpan w:val="3"/>
          </w:tcPr>
          <w:p w14:paraId="2E06B8CC" w14:textId="77777777" w:rsidR="00AB2743" w:rsidRPr="00A8702F" w:rsidRDefault="00AB2743" w:rsidP="00A8702F">
            <w:pPr>
              <w:rPr>
                <w:sz w:val="22"/>
              </w:rPr>
            </w:pPr>
            <w:r w:rsidRPr="00A8702F">
              <w:rPr>
                <w:sz w:val="22"/>
              </w:rPr>
              <w:t>ਕਿਸ਼ਤ ਦੀ ਕਿਸਮ</w:t>
            </w:r>
          </w:p>
        </w:tc>
        <w:tc>
          <w:tcPr>
            <w:tcW w:w="2551" w:type="dxa"/>
            <w:gridSpan w:val="2"/>
          </w:tcPr>
          <w:p w14:paraId="290531E3" w14:textId="77777777" w:rsidR="00AB2743" w:rsidRPr="00A8702F" w:rsidRDefault="00AB2743" w:rsidP="00A8702F">
            <w:pPr>
              <w:rPr>
                <w:sz w:val="22"/>
              </w:rPr>
            </w:pPr>
            <w:r w:rsidRPr="00A8702F">
              <w:rPr>
                <w:sz w:val="22"/>
              </w:rPr>
              <w:t>ਈਪੀਆਈ ਦੀ ਗਿਣਤੀ</w:t>
            </w:r>
          </w:p>
        </w:tc>
        <w:tc>
          <w:tcPr>
            <w:tcW w:w="1843" w:type="dxa"/>
            <w:gridSpan w:val="3"/>
          </w:tcPr>
          <w:p w14:paraId="6DB30ECD" w14:textId="77777777" w:rsidR="00AB2743" w:rsidRPr="00A8702F" w:rsidRDefault="00AB2743" w:rsidP="00A8702F">
            <w:pPr>
              <w:rPr>
                <w:sz w:val="22"/>
              </w:rPr>
            </w:pPr>
            <w:r w:rsidRPr="00A8702F">
              <w:rPr>
                <w:sz w:val="22"/>
              </w:rPr>
              <w:t>ਈਪੀਆਈ (₹)</w:t>
            </w:r>
          </w:p>
        </w:tc>
        <w:tc>
          <w:tcPr>
            <w:tcW w:w="4003" w:type="dxa"/>
            <w:gridSpan w:val="4"/>
          </w:tcPr>
          <w:p w14:paraId="4B99056E" w14:textId="2692C9AA" w:rsidR="00AB2743" w:rsidRPr="00A8702F" w:rsidRDefault="00AB2743" w:rsidP="00A8702F">
            <w:pPr>
              <w:rPr>
                <w:sz w:val="22"/>
              </w:rPr>
            </w:pPr>
            <w:r w:rsidRPr="00A8702F">
              <w:rPr>
                <w:sz w:val="22"/>
              </w:rPr>
              <w:t>ਮਨਜ਼ੂਰੀ ਤੋਂ ਬਾਅਦ ਮੁੜ-ਭੁਗਤਾਨ ਦੀ ਸ਼ੁਰੂਆਤ</w:t>
            </w:r>
          </w:p>
        </w:tc>
      </w:tr>
      <w:tr w:rsidR="00AB2743" w:rsidRPr="00A8702F" w14:paraId="1299C43A" w14:textId="77777777" w:rsidTr="00C17ABA">
        <w:trPr>
          <w:trHeight w:val="20"/>
        </w:trPr>
        <w:tc>
          <w:tcPr>
            <w:tcW w:w="420" w:type="dxa"/>
          </w:tcPr>
          <w:p w14:paraId="4DDBEF00" w14:textId="77777777" w:rsidR="00AB2743" w:rsidRPr="00A8702F" w:rsidRDefault="00AB2743" w:rsidP="00A8702F">
            <w:pPr>
              <w:jc w:val="center"/>
              <w:rPr>
                <w:sz w:val="22"/>
              </w:rPr>
            </w:pPr>
          </w:p>
        </w:tc>
        <w:tc>
          <w:tcPr>
            <w:tcW w:w="2127" w:type="dxa"/>
            <w:gridSpan w:val="3"/>
          </w:tcPr>
          <w:p w14:paraId="3461D779" w14:textId="77777777" w:rsidR="00AB2743" w:rsidRPr="00A8702F" w:rsidRDefault="00AB2743" w:rsidP="00A8702F">
            <w:pPr>
              <w:rPr>
                <w:sz w:val="22"/>
              </w:rPr>
            </w:pPr>
          </w:p>
        </w:tc>
        <w:tc>
          <w:tcPr>
            <w:tcW w:w="2551" w:type="dxa"/>
            <w:gridSpan w:val="2"/>
          </w:tcPr>
          <w:p w14:paraId="3CF2D8B6" w14:textId="77777777" w:rsidR="00AB2743" w:rsidRPr="00A8702F" w:rsidRDefault="00AB2743" w:rsidP="00A8702F">
            <w:pPr>
              <w:rPr>
                <w:sz w:val="22"/>
              </w:rPr>
            </w:pPr>
          </w:p>
        </w:tc>
        <w:tc>
          <w:tcPr>
            <w:tcW w:w="1843" w:type="dxa"/>
            <w:gridSpan w:val="3"/>
          </w:tcPr>
          <w:p w14:paraId="0FB78278" w14:textId="77777777" w:rsidR="00AB2743" w:rsidRPr="00A8702F" w:rsidRDefault="00AB2743" w:rsidP="00A8702F">
            <w:pPr>
              <w:rPr>
                <w:sz w:val="22"/>
              </w:rPr>
            </w:pPr>
          </w:p>
        </w:tc>
        <w:tc>
          <w:tcPr>
            <w:tcW w:w="4003" w:type="dxa"/>
            <w:gridSpan w:val="4"/>
          </w:tcPr>
          <w:p w14:paraId="0562CB0E" w14:textId="77777777" w:rsidR="00AB2743" w:rsidRPr="00A8702F" w:rsidRDefault="00AB2743" w:rsidP="00A8702F">
            <w:pPr>
              <w:rPr>
                <w:sz w:val="22"/>
              </w:rPr>
            </w:pPr>
          </w:p>
        </w:tc>
      </w:tr>
      <w:tr w:rsidR="00C17ABA" w:rsidRPr="00A8702F" w14:paraId="57035E19" w14:textId="77777777" w:rsidTr="006943BC">
        <w:trPr>
          <w:trHeight w:val="20"/>
        </w:trPr>
        <w:tc>
          <w:tcPr>
            <w:tcW w:w="420" w:type="dxa"/>
          </w:tcPr>
          <w:p w14:paraId="29B4EA11" w14:textId="77777777" w:rsidR="00C17ABA" w:rsidRPr="00A8702F" w:rsidRDefault="00C17ABA" w:rsidP="00A8702F">
            <w:pPr>
              <w:jc w:val="center"/>
              <w:rPr>
                <w:sz w:val="22"/>
              </w:rPr>
            </w:pPr>
            <w:r w:rsidRPr="00A8702F">
              <w:rPr>
                <w:sz w:val="22"/>
              </w:rPr>
              <w:t>6</w:t>
            </w:r>
          </w:p>
        </w:tc>
        <w:tc>
          <w:tcPr>
            <w:tcW w:w="7034" w:type="dxa"/>
            <w:gridSpan w:val="10"/>
          </w:tcPr>
          <w:p w14:paraId="613ECABB" w14:textId="4A7E1405" w:rsidR="00C17ABA" w:rsidRPr="00A8702F" w:rsidRDefault="00C17ABA" w:rsidP="00A8702F">
            <w:pPr>
              <w:rPr>
                <w:sz w:val="22"/>
              </w:rPr>
            </w:pPr>
            <w:r w:rsidRPr="00A8702F">
              <w:rPr>
                <w:sz w:val="22"/>
              </w:rPr>
              <w:t>ਵਿਆਜ ਦਰ (%) ਅਤੇ ਕਿਸਮ (ਸਥਿਰ ਜਾਂ ਪਰਿਵਰਤਨਸ਼ੀਲ ਜਾਂ ਮਿਸ਼ਰਤ)</w:t>
            </w:r>
          </w:p>
        </w:tc>
        <w:tc>
          <w:tcPr>
            <w:tcW w:w="3490" w:type="dxa"/>
            <w:gridSpan w:val="2"/>
          </w:tcPr>
          <w:p w14:paraId="2946DB82" w14:textId="18FDF222" w:rsidR="00C17ABA" w:rsidRPr="00A8702F" w:rsidRDefault="00C17ABA" w:rsidP="00A8702F">
            <w:pPr>
              <w:rPr>
                <w:sz w:val="22"/>
              </w:rPr>
            </w:pPr>
          </w:p>
        </w:tc>
      </w:tr>
      <w:tr w:rsidR="00AB2743" w:rsidRPr="00A8702F" w14:paraId="33877134" w14:textId="77777777" w:rsidTr="00C17ABA">
        <w:trPr>
          <w:trHeight w:val="20"/>
        </w:trPr>
        <w:tc>
          <w:tcPr>
            <w:tcW w:w="420" w:type="dxa"/>
          </w:tcPr>
          <w:p w14:paraId="75697EEC" w14:textId="77777777" w:rsidR="00AB2743" w:rsidRPr="00A8702F" w:rsidRDefault="00AB2743" w:rsidP="00A8702F">
            <w:pPr>
              <w:jc w:val="center"/>
              <w:rPr>
                <w:sz w:val="22"/>
              </w:rPr>
            </w:pPr>
            <w:r w:rsidRPr="00A8702F">
              <w:rPr>
                <w:sz w:val="22"/>
              </w:rPr>
              <w:t>7</w:t>
            </w:r>
          </w:p>
        </w:tc>
        <w:tc>
          <w:tcPr>
            <w:tcW w:w="10524" w:type="dxa"/>
            <w:gridSpan w:val="12"/>
          </w:tcPr>
          <w:p w14:paraId="3FE9F23F" w14:textId="4B296CB7" w:rsidR="00AB2743" w:rsidRPr="00A8702F" w:rsidRDefault="00AB2743" w:rsidP="00A8702F">
            <w:pPr>
              <w:rPr>
                <w:sz w:val="22"/>
              </w:rPr>
            </w:pPr>
            <w:r w:rsidRPr="00A8702F">
              <w:rPr>
                <w:sz w:val="22"/>
              </w:rPr>
              <w:t>ਪਰਿਵਰਤਨਸ਼ੀਲ ਵਿਆਜ ਦਰ ਦੇ ਮਾਮਲੇ ਵਿੱਚ ਵਾਧੂ ਜਾਣਕਾਰੀ</w:t>
            </w:r>
          </w:p>
        </w:tc>
      </w:tr>
      <w:tr w:rsidR="006A1F76" w:rsidRPr="00A8702F" w14:paraId="20E2F151" w14:textId="77777777" w:rsidTr="00C17ABA">
        <w:trPr>
          <w:trHeight w:val="20"/>
        </w:trPr>
        <w:tc>
          <w:tcPr>
            <w:tcW w:w="1260" w:type="dxa"/>
            <w:gridSpan w:val="2"/>
          </w:tcPr>
          <w:p w14:paraId="41F550D5" w14:textId="77777777" w:rsidR="006A1F76" w:rsidRPr="00A8702F" w:rsidRDefault="00000000" w:rsidP="00A8702F">
            <w:pPr>
              <w:jc w:val="center"/>
              <w:rPr>
                <w:sz w:val="22"/>
              </w:rPr>
            </w:pPr>
            <w:r w:rsidRPr="00A8702F">
              <w:rPr>
                <w:b/>
                <w:sz w:val="22"/>
              </w:rPr>
              <w:t>ਹਵਾਲਾ ਬੈਂਚਮਾਰਕ</w:t>
            </w:r>
          </w:p>
        </w:tc>
        <w:tc>
          <w:tcPr>
            <w:tcW w:w="1230" w:type="dxa"/>
          </w:tcPr>
          <w:p w14:paraId="6323A8D9" w14:textId="77777777" w:rsidR="006A1F76" w:rsidRPr="00A8702F" w:rsidRDefault="00000000" w:rsidP="00A8702F">
            <w:pPr>
              <w:jc w:val="center"/>
              <w:rPr>
                <w:sz w:val="22"/>
              </w:rPr>
            </w:pPr>
            <w:r w:rsidRPr="00A8702F">
              <w:rPr>
                <w:b/>
                <w:sz w:val="22"/>
              </w:rPr>
              <w:t>ਬੈਂਚਮਾਰਕ ਦਰ (%) (B)</w:t>
            </w:r>
          </w:p>
        </w:tc>
        <w:tc>
          <w:tcPr>
            <w:tcW w:w="1474" w:type="dxa"/>
            <w:gridSpan w:val="2"/>
          </w:tcPr>
          <w:p w14:paraId="70FDFD7E" w14:textId="77777777" w:rsidR="006A1F76" w:rsidRPr="00A8702F" w:rsidRDefault="00000000" w:rsidP="00A8702F">
            <w:pPr>
              <w:jc w:val="center"/>
              <w:rPr>
                <w:sz w:val="22"/>
              </w:rPr>
            </w:pPr>
            <w:r w:rsidRPr="00A8702F">
              <w:rPr>
                <w:b/>
                <w:sz w:val="22"/>
              </w:rPr>
              <w:t>ਸਪ੍ਰੈਡ (%) (S)</w:t>
            </w:r>
          </w:p>
        </w:tc>
        <w:tc>
          <w:tcPr>
            <w:tcW w:w="1166" w:type="dxa"/>
            <w:gridSpan w:val="2"/>
          </w:tcPr>
          <w:p w14:paraId="5D5C8ABD" w14:textId="77777777" w:rsidR="006A1F76" w:rsidRPr="00A8702F" w:rsidRDefault="00000000" w:rsidP="00A8702F">
            <w:pPr>
              <w:jc w:val="center"/>
              <w:rPr>
                <w:sz w:val="22"/>
              </w:rPr>
            </w:pPr>
            <w:r w:rsidRPr="00A8702F">
              <w:rPr>
                <w:b/>
                <w:sz w:val="22"/>
              </w:rPr>
              <w:t>ਅੰਤਿਮ ਦਰ (%)</w:t>
            </w:r>
            <w:r w:rsidRPr="00A8702F">
              <w:rPr>
                <w:b/>
                <w:sz w:val="22"/>
              </w:rPr>
              <w:br/>
              <w:t>R = (B) + (S)</w:t>
            </w:r>
          </w:p>
        </w:tc>
        <w:tc>
          <w:tcPr>
            <w:tcW w:w="2040" w:type="dxa"/>
            <w:gridSpan w:val="3"/>
          </w:tcPr>
          <w:p w14:paraId="053022CD" w14:textId="77777777" w:rsidR="006A1F76" w:rsidRPr="00A8702F" w:rsidRDefault="00000000" w:rsidP="00A8702F">
            <w:pPr>
              <w:jc w:val="center"/>
              <w:rPr>
                <w:sz w:val="22"/>
              </w:rPr>
            </w:pPr>
            <w:r w:rsidRPr="00A8702F">
              <w:rPr>
                <w:b/>
                <w:sz w:val="22"/>
              </w:rPr>
              <w:t>ਮੁੜ-ਨਿਰਧਾਰਣ ਦੀ ਆਵਰਤੀ² (ਮਹੀਨੇ)</w:t>
            </w:r>
          </w:p>
        </w:tc>
        <w:tc>
          <w:tcPr>
            <w:tcW w:w="3774" w:type="dxa"/>
            <w:gridSpan w:val="3"/>
          </w:tcPr>
          <w:p w14:paraId="4A5EBC74" w14:textId="77777777" w:rsidR="006A1F76" w:rsidRPr="00A8702F" w:rsidRDefault="00000000" w:rsidP="00A8702F">
            <w:pPr>
              <w:jc w:val="center"/>
              <w:rPr>
                <w:sz w:val="22"/>
              </w:rPr>
            </w:pPr>
            <w:r w:rsidRPr="00A8702F">
              <w:rPr>
                <w:b/>
                <w:sz w:val="22"/>
              </w:rPr>
              <w:t>ਹਵਾਲਾ ਬੈਂਚਮਾਰਕ में परिवर्तन ਕा प्रभाव</w:t>
            </w:r>
            <w:r w:rsidRPr="00A8702F">
              <w:rPr>
                <w:b/>
                <w:sz w:val="22"/>
              </w:rPr>
              <w:br/>
              <w:t>(‘R’ में 25 आधार अंਕ परिवर्तन पर परिवर्तन³)</w:t>
            </w:r>
          </w:p>
        </w:tc>
      </w:tr>
      <w:tr w:rsidR="00AB2743" w:rsidRPr="00A8702F" w14:paraId="24817662" w14:textId="77777777" w:rsidTr="00C17ABA">
        <w:trPr>
          <w:trHeight w:val="20"/>
        </w:trPr>
        <w:tc>
          <w:tcPr>
            <w:tcW w:w="1260" w:type="dxa"/>
            <w:gridSpan w:val="2"/>
          </w:tcPr>
          <w:p w14:paraId="1F72F646" w14:textId="77777777" w:rsidR="00AB2743" w:rsidRPr="00A8702F" w:rsidRDefault="00AB2743" w:rsidP="00A8702F">
            <w:pPr>
              <w:jc w:val="center"/>
              <w:rPr>
                <w:sz w:val="22"/>
              </w:rPr>
            </w:pPr>
          </w:p>
        </w:tc>
        <w:tc>
          <w:tcPr>
            <w:tcW w:w="1230" w:type="dxa"/>
          </w:tcPr>
          <w:p w14:paraId="08CE6F91" w14:textId="77777777" w:rsidR="00AB2743" w:rsidRPr="00A8702F" w:rsidRDefault="00AB2743" w:rsidP="00A8702F">
            <w:pPr>
              <w:rPr>
                <w:sz w:val="22"/>
              </w:rPr>
            </w:pPr>
          </w:p>
        </w:tc>
        <w:tc>
          <w:tcPr>
            <w:tcW w:w="1474" w:type="dxa"/>
            <w:gridSpan w:val="2"/>
          </w:tcPr>
          <w:p w14:paraId="61CDCEAD" w14:textId="77777777" w:rsidR="00AB2743" w:rsidRPr="00A8702F" w:rsidRDefault="00AB2743" w:rsidP="00A8702F">
            <w:pPr>
              <w:rPr>
                <w:sz w:val="22"/>
              </w:rPr>
            </w:pPr>
          </w:p>
        </w:tc>
        <w:tc>
          <w:tcPr>
            <w:tcW w:w="1166" w:type="dxa"/>
            <w:gridSpan w:val="2"/>
          </w:tcPr>
          <w:p w14:paraId="6BB9E253" w14:textId="77777777" w:rsidR="00AB2743" w:rsidRPr="00A8702F" w:rsidRDefault="00AB2743" w:rsidP="00A8702F">
            <w:pPr>
              <w:rPr>
                <w:sz w:val="22"/>
              </w:rPr>
            </w:pPr>
          </w:p>
        </w:tc>
        <w:tc>
          <w:tcPr>
            <w:tcW w:w="1020" w:type="dxa"/>
          </w:tcPr>
          <w:p w14:paraId="5314C3DC" w14:textId="77777777" w:rsidR="00AB2743" w:rsidRPr="00A8702F" w:rsidRDefault="00AB2743" w:rsidP="00A8702F">
            <w:pPr>
              <w:rPr>
                <w:sz w:val="22"/>
              </w:rPr>
            </w:pPr>
            <w:r w:rsidRPr="00A8702F">
              <w:rPr>
                <w:sz w:val="22"/>
              </w:rPr>
              <w:t>B</w:t>
            </w:r>
          </w:p>
        </w:tc>
        <w:tc>
          <w:tcPr>
            <w:tcW w:w="1020" w:type="dxa"/>
            <w:gridSpan w:val="2"/>
          </w:tcPr>
          <w:p w14:paraId="61ED4E73" w14:textId="404A2B25" w:rsidR="00AB2743" w:rsidRPr="00A8702F" w:rsidRDefault="00AB2743" w:rsidP="00A8702F">
            <w:pPr>
              <w:rPr>
                <w:sz w:val="22"/>
              </w:rPr>
            </w:pPr>
            <w:r w:rsidRPr="00A8702F">
              <w:rPr>
                <w:sz w:val="22"/>
              </w:rPr>
              <w:t>S</w:t>
            </w:r>
          </w:p>
        </w:tc>
        <w:tc>
          <w:tcPr>
            <w:tcW w:w="1887" w:type="dxa"/>
            <w:gridSpan w:val="2"/>
          </w:tcPr>
          <w:p w14:paraId="2B451122" w14:textId="191BD353" w:rsidR="00AB2743" w:rsidRPr="00A8702F" w:rsidRDefault="00AB2743" w:rsidP="00A8702F">
            <w:pPr>
              <w:rPr>
                <w:sz w:val="22"/>
              </w:rPr>
            </w:pPr>
            <w:r w:rsidRPr="00A8702F">
              <w:rPr>
                <w:sz w:val="22"/>
              </w:rPr>
              <w:t>ਈਪੀਆਈ (₹)</w:t>
            </w:r>
          </w:p>
        </w:tc>
        <w:tc>
          <w:tcPr>
            <w:tcW w:w="1887" w:type="dxa"/>
          </w:tcPr>
          <w:p w14:paraId="066DDAA3" w14:textId="3C0C516A" w:rsidR="00AB2743" w:rsidRPr="00A8702F" w:rsidRDefault="00AB2743" w:rsidP="00A8702F">
            <w:pPr>
              <w:rPr>
                <w:sz w:val="22"/>
              </w:rPr>
            </w:pPr>
            <w:r w:rsidRPr="00A8702F">
              <w:rPr>
                <w:sz w:val="22"/>
              </w:rPr>
              <w:t>ਈਪੀਆਈ ਦੀ ਗਿਣਤੀ</w:t>
            </w:r>
          </w:p>
        </w:tc>
      </w:tr>
      <w:tr w:rsidR="006A1F76" w:rsidRPr="00A8702F" w14:paraId="02DAE08D" w14:textId="77777777" w:rsidTr="00C17ABA">
        <w:trPr>
          <w:trHeight w:val="20"/>
        </w:trPr>
        <w:tc>
          <w:tcPr>
            <w:tcW w:w="1260" w:type="dxa"/>
            <w:gridSpan w:val="2"/>
          </w:tcPr>
          <w:p w14:paraId="23DE523C" w14:textId="77777777" w:rsidR="006A1F76" w:rsidRPr="00A8702F" w:rsidRDefault="006A1F76" w:rsidP="00A8702F">
            <w:pPr>
              <w:jc w:val="center"/>
              <w:rPr>
                <w:sz w:val="22"/>
              </w:rPr>
            </w:pPr>
          </w:p>
        </w:tc>
        <w:tc>
          <w:tcPr>
            <w:tcW w:w="1230" w:type="dxa"/>
          </w:tcPr>
          <w:p w14:paraId="52E56223" w14:textId="77777777" w:rsidR="006A1F76" w:rsidRPr="00A8702F" w:rsidRDefault="006A1F76" w:rsidP="00A8702F">
            <w:pPr>
              <w:rPr>
                <w:sz w:val="22"/>
              </w:rPr>
            </w:pPr>
          </w:p>
        </w:tc>
        <w:tc>
          <w:tcPr>
            <w:tcW w:w="1474" w:type="dxa"/>
            <w:gridSpan w:val="2"/>
          </w:tcPr>
          <w:p w14:paraId="07547A01" w14:textId="77777777" w:rsidR="006A1F76" w:rsidRPr="00A8702F" w:rsidRDefault="006A1F76" w:rsidP="00A8702F">
            <w:pPr>
              <w:rPr>
                <w:sz w:val="22"/>
              </w:rPr>
            </w:pPr>
          </w:p>
        </w:tc>
        <w:tc>
          <w:tcPr>
            <w:tcW w:w="1166" w:type="dxa"/>
            <w:gridSpan w:val="2"/>
          </w:tcPr>
          <w:p w14:paraId="5043CB0F" w14:textId="77777777" w:rsidR="006A1F76" w:rsidRPr="00A8702F" w:rsidRDefault="006A1F76" w:rsidP="00A8702F">
            <w:pPr>
              <w:rPr>
                <w:sz w:val="22"/>
              </w:rPr>
            </w:pPr>
          </w:p>
        </w:tc>
        <w:tc>
          <w:tcPr>
            <w:tcW w:w="2040" w:type="dxa"/>
            <w:gridSpan w:val="3"/>
          </w:tcPr>
          <w:p w14:paraId="3ED55C2C" w14:textId="37FD0E72" w:rsidR="006A1F76" w:rsidRPr="00A8702F" w:rsidRDefault="006A1F76" w:rsidP="00A8702F">
            <w:pPr>
              <w:rPr>
                <w:sz w:val="22"/>
              </w:rPr>
            </w:pPr>
          </w:p>
        </w:tc>
        <w:tc>
          <w:tcPr>
            <w:tcW w:w="3774" w:type="dxa"/>
            <w:gridSpan w:val="3"/>
          </w:tcPr>
          <w:p w14:paraId="53BF4ACD" w14:textId="69C7408B" w:rsidR="006A1F76" w:rsidRPr="00A8702F" w:rsidRDefault="006A1F76" w:rsidP="00A8702F">
            <w:pPr>
              <w:rPr>
                <w:sz w:val="22"/>
              </w:rPr>
            </w:pPr>
          </w:p>
        </w:tc>
      </w:tr>
    </w:tbl>
    <w:p w14:paraId="72F69D51" w14:textId="77777777" w:rsidR="006A1F76" w:rsidRPr="00A8702F" w:rsidRDefault="00000000" w:rsidP="00A8702F">
      <w:pPr>
        <w:spacing w:after="40" w:line="240" w:lineRule="auto"/>
        <w:rPr>
          <w:sz w:val="22"/>
        </w:rPr>
      </w:pPr>
      <w:r w:rsidRPr="00A8702F">
        <w:rPr>
          <w:b/>
          <w:sz w:val="22"/>
        </w:rPr>
        <w:t>8  ਫੀਸ/ਚਾਰਜ⁴</w:t>
      </w:r>
    </w:p>
    <w:tbl>
      <w:tblPr>
        <w:tblStyle w:val="TableGrid"/>
        <w:tblW w:w="10944" w:type="dxa"/>
        <w:tblLayout w:type="fixed"/>
        <w:tblLook w:val="04A0" w:firstRow="1" w:lastRow="0" w:firstColumn="1" w:lastColumn="0" w:noHBand="0" w:noVBand="1"/>
      </w:tblPr>
      <w:tblGrid>
        <w:gridCol w:w="540"/>
        <w:gridCol w:w="1723"/>
        <w:gridCol w:w="1276"/>
        <w:gridCol w:w="2693"/>
        <w:gridCol w:w="1009"/>
        <w:gridCol w:w="1118"/>
        <w:gridCol w:w="2585"/>
      </w:tblGrid>
      <w:tr w:rsidR="00AB2743" w:rsidRPr="00A8702F" w14:paraId="63569759" w14:textId="77777777" w:rsidTr="00C17ABA">
        <w:tc>
          <w:tcPr>
            <w:tcW w:w="540" w:type="dxa"/>
          </w:tcPr>
          <w:p w14:paraId="637805D2" w14:textId="77777777" w:rsidR="00AB2743" w:rsidRPr="00A8702F" w:rsidRDefault="00AB2743" w:rsidP="00A8702F">
            <w:pPr>
              <w:jc w:val="center"/>
              <w:rPr>
                <w:sz w:val="22"/>
              </w:rPr>
            </w:pPr>
          </w:p>
        </w:tc>
        <w:tc>
          <w:tcPr>
            <w:tcW w:w="1723" w:type="dxa"/>
          </w:tcPr>
          <w:p w14:paraId="3B31DF7C" w14:textId="77777777" w:rsidR="00AB2743" w:rsidRPr="00A8702F" w:rsidRDefault="00AB2743" w:rsidP="00A8702F">
            <w:pPr>
              <w:jc w:val="center"/>
              <w:rPr>
                <w:sz w:val="22"/>
              </w:rPr>
            </w:pPr>
            <w:r w:rsidRPr="00A8702F">
              <w:rPr>
                <w:b/>
                <w:sz w:val="22"/>
              </w:rPr>
              <w:t>ਵੇਰਵਾ</w:t>
            </w:r>
          </w:p>
        </w:tc>
        <w:tc>
          <w:tcPr>
            <w:tcW w:w="3969" w:type="dxa"/>
            <w:gridSpan w:val="2"/>
          </w:tcPr>
          <w:p w14:paraId="463F29E8" w14:textId="47F965DF" w:rsidR="00AB2743" w:rsidRPr="00A8702F" w:rsidRDefault="00AB2743" w:rsidP="00A8702F">
            <w:pPr>
              <w:jc w:val="center"/>
              <w:rPr>
                <w:sz w:val="22"/>
              </w:rPr>
            </w:pPr>
            <w:r w:rsidRPr="00A8702F">
              <w:rPr>
                <w:b/>
                <w:sz w:val="22"/>
              </w:rPr>
              <w:t>ਨਿਯਮਿਤ ਸੰਸਥਾ ਨੂੰ ਦੇਣਯੋਗ (ਕ)</w:t>
            </w:r>
          </w:p>
        </w:tc>
        <w:tc>
          <w:tcPr>
            <w:tcW w:w="4712" w:type="dxa"/>
            <w:gridSpan w:val="3"/>
          </w:tcPr>
          <w:p w14:paraId="3B7B4B86" w14:textId="05106B04" w:rsidR="00AB2743" w:rsidRPr="00A8702F" w:rsidRDefault="00AB2743" w:rsidP="00A8702F">
            <w:pPr>
              <w:jc w:val="center"/>
              <w:rPr>
                <w:sz w:val="22"/>
              </w:rPr>
            </w:pPr>
            <w:r w:rsidRPr="00A8702F">
              <w:rPr>
                <w:b/>
                <w:sz w:val="22"/>
              </w:rPr>
              <w:t>ਨਿਯਮਿਤ ਸੰਸਥਾ ਰਾਹੀਂ ਤੀਜੀ ਧਿਰ ਨੂੰ ਦੇਣਯੋਗ (ਖ)</w:t>
            </w:r>
          </w:p>
        </w:tc>
      </w:tr>
      <w:tr w:rsidR="006A1F76" w:rsidRPr="00A8702F" w14:paraId="73C86500" w14:textId="77777777" w:rsidTr="00C17ABA">
        <w:tc>
          <w:tcPr>
            <w:tcW w:w="540" w:type="dxa"/>
          </w:tcPr>
          <w:p w14:paraId="3A0FF5F2" w14:textId="77777777" w:rsidR="006A1F76" w:rsidRPr="00A8702F" w:rsidRDefault="006A1F76" w:rsidP="00A8702F">
            <w:pPr>
              <w:jc w:val="center"/>
              <w:rPr>
                <w:sz w:val="22"/>
              </w:rPr>
            </w:pPr>
          </w:p>
        </w:tc>
        <w:tc>
          <w:tcPr>
            <w:tcW w:w="1723" w:type="dxa"/>
          </w:tcPr>
          <w:p w14:paraId="5630AD66" w14:textId="77777777" w:rsidR="006A1F76" w:rsidRPr="00A8702F" w:rsidRDefault="006A1F76" w:rsidP="00A8702F">
            <w:pPr>
              <w:jc w:val="center"/>
              <w:rPr>
                <w:sz w:val="22"/>
              </w:rPr>
            </w:pPr>
          </w:p>
        </w:tc>
        <w:tc>
          <w:tcPr>
            <w:tcW w:w="1276" w:type="dxa"/>
          </w:tcPr>
          <w:p w14:paraId="3A741CC8" w14:textId="77777777" w:rsidR="006A1F76" w:rsidRPr="00A8702F" w:rsidRDefault="00000000" w:rsidP="00A8702F">
            <w:pPr>
              <w:jc w:val="center"/>
              <w:rPr>
                <w:sz w:val="22"/>
              </w:rPr>
            </w:pPr>
            <w:r w:rsidRPr="00A8702F">
              <w:rPr>
                <w:b/>
                <w:sz w:val="22"/>
              </w:rPr>
              <w:t>ਇੱਕ-ਵਾਰ/ਆਵਰਤੀ</w:t>
            </w:r>
          </w:p>
        </w:tc>
        <w:tc>
          <w:tcPr>
            <w:tcW w:w="2693" w:type="dxa"/>
          </w:tcPr>
          <w:p w14:paraId="7CB2E7E8" w14:textId="77777777" w:rsidR="006A1F76" w:rsidRPr="00A8702F" w:rsidRDefault="00000000" w:rsidP="00A8702F">
            <w:pPr>
              <w:jc w:val="center"/>
              <w:rPr>
                <w:sz w:val="22"/>
              </w:rPr>
            </w:pPr>
            <w:r w:rsidRPr="00A8702F">
              <w:rPr>
                <w:b/>
                <w:sz w:val="22"/>
              </w:rPr>
              <w:t>ਰਕਮ (₹ ਵਿੱਚ) ਜਾਂ ਪ੍ਰਤੀਸ਼ਤ (%), ਜਿਵੇਂ ਲਾਗੂ ਹੋਵੇ⁵</w:t>
            </w:r>
          </w:p>
        </w:tc>
        <w:tc>
          <w:tcPr>
            <w:tcW w:w="2127" w:type="dxa"/>
            <w:gridSpan w:val="2"/>
          </w:tcPr>
          <w:p w14:paraId="42266692" w14:textId="77777777" w:rsidR="006A1F76" w:rsidRPr="00A8702F" w:rsidRDefault="00000000" w:rsidP="00A8702F">
            <w:pPr>
              <w:jc w:val="center"/>
              <w:rPr>
                <w:sz w:val="22"/>
              </w:rPr>
            </w:pPr>
            <w:r w:rsidRPr="00A8702F">
              <w:rPr>
                <w:b/>
                <w:sz w:val="22"/>
              </w:rPr>
              <w:t>ਇੱਕ-ਵਾਰ/ਆਵਰਤੀ</w:t>
            </w:r>
          </w:p>
        </w:tc>
        <w:tc>
          <w:tcPr>
            <w:tcW w:w="2585" w:type="dxa"/>
          </w:tcPr>
          <w:p w14:paraId="5B94676D" w14:textId="77777777" w:rsidR="006A1F76" w:rsidRPr="00A8702F" w:rsidRDefault="00000000" w:rsidP="00A8702F">
            <w:pPr>
              <w:jc w:val="center"/>
              <w:rPr>
                <w:sz w:val="22"/>
              </w:rPr>
            </w:pPr>
            <w:r w:rsidRPr="00A8702F">
              <w:rPr>
                <w:b/>
                <w:sz w:val="22"/>
              </w:rPr>
              <w:t>ਰਕਮ (₹ ਵਿੱਚ) ਜਾਂ ਪ੍ਰਤੀਸ਼ਤ (%), ਜਿਵੇਂ ਲਾਗੂ ਹੋਵੇ⁵</w:t>
            </w:r>
          </w:p>
        </w:tc>
      </w:tr>
      <w:tr w:rsidR="006A1F76" w:rsidRPr="00A8702F" w14:paraId="2EB44B40" w14:textId="77777777" w:rsidTr="00C17ABA">
        <w:tc>
          <w:tcPr>
            <w:tcW w:w="540" w:type="dxa"/>
          </w:tcPr>
          <w:p w14:paraId="142B90A6" w14:textId="77777777" w:rsidR="006A1F76" w:rsidRPr="00A8702F" w:rsidRDefault="00000000" w:rsidP="00A8702F">
            <w:pPr>
              <w:jc w:val="center"/>
              <w:rPr>
                <w:sz w:val="22"/>
              </w:rPr>
            </w:pPr>
            <w:r w:rsidRPr="00A8702F">
              <w:rPr>
                <w:sz w:val="22"/>
              </w:rPr>
              <w:t>(i)</w:t>
            </w:r>
          </w:p>
        </w:tc>
        <w:tc>
          <w:tcPr>
            <w:tcW w:w="1723" w:type="dxa"/>
          </w:tcPr>
          <w:p w14:paraId="6D4A22F0" w14:textId="77777777" w:rsidR="006A1F76" w:rsidRPr="00A8702F" w:rsidRDefault="00000000" w:rsidP="00A8702F">
            <w:pPr>
              <w:rPr>
                <w:sz w:val="22"/>
              </w:rPr>
            </w:pPr>
            <w:r w:rsidRPr="00A8702F">
              <w:rPr>
                <w:sz w:val="22"/>
              </w:rPr>
              <w:t>ਪ੍ਰੋਸੈਸਿੰਗ ਫੀਸ</w:t>
            </w:r>
          </w:p>
        </w:tc>
        <w:tc>
          <w:tcPr>
            <w:tcW w:w="1276" w:type="dxa"/>
          </w:tcPr>
          <w:p w14:paraId="61829076" w14:textId="77777777" w:rsidR="006A1F76" w:rsidRPr="00A8702F" w:rsidRDefault="006A1F76" w:rsidP="00A8702F">
            <w:pPr>
              <w:rPr>
                <w:sz w:val="22"/>
              </w:rPr>
            </w:pPr>
          </w:p>
        </w:tc>
        <w:tc>
          <w:tcPr>
            <w:tcW w:w="2693" w:type="dxa"/>
          </w:tcPr>
          <w:p w14:paraId="2BA226A1" w14:textId="77777777" w:rsidR="006A1F76" w:rsidRPr="00A8702F" w:rsidRDefault="006A1F76" w:rsidP="00A8702F">
            <w:pPr>
              <w:rPr>
                <w:sz w:val="22"/>
              </w:rPr>
            </w:pPr>
          </w:p>
        </w:tc>
        <w:tc>
          <w:tcPr>
            <w:tcW w:w="2127" w:type="dxa"/>
            <w:gridSpan w:val="2"/>
          </w:tcPr>
          <w:p w14:paraId="17AD93B2" w14:textId="77777777" w:rsidR="006A1F76" w:rsidRPr="00A8702F" w:rsidRDefault="006A1F76" w:rsidP="00A8702F">
            <w:pPr>
              <w:rPr>
                <w:sz w:val="22"/>
              </w:rPr>
            </w:pPr>
          </w:p>
        </w:tc>
        <w:tc>
          <w:tcPr>
            <w:tcW w:w="2585" w:type="dxa"/>
          </w:tcPr>
          <w:p w14:paraId="0DE4B5B7" w14:textId="77777777" w:rsidR="006A1F76" w:rsidRPr="00A8702F" w:rsidRDefault="006A1F76" w:rsidP="00A8702F">
            <w:pPr>
              <w:rPr>
                <w:sz w:val="22"/>
              </w:rPr>
            </w:pPr>
          </w:p>
        </w:tc>
      </w:tr>
      <w:tr w:rsidR="006A1F76" w:rsidRPr="00A8702F" w14:paraId="1D33A3E5" w14:textId="77777777" w:rsidTr="00C17ABA">
        <w:tc>
          <w:tcPr>
            <w:tcW w:w="540" w:type="dxa"/>
          </w:tcPr>
          <w:p w14:paraId="0A970DA6" w14:textId="77777777" w:rsidR="006A1F76" w:rsidRPr="00A8702F" w:rsidRDefault="00000000" w:rsidP="00A8702F">
            <w:pPr>
              <w:jc w:val="center"/>
              <w:rPr>
                <w:sz w:val="22"/>
              </w:rPr>
            </w:pPr>
            <w:r w:rsidRPr="00A8702F">
              <w:rPr>
                <w:sz w:val="22"/>
              </w:rPr>
              <w:t>(ii)</w:t>
            </w:r>
          </w:p>
        </w:tc>
        <w:tc>
          <w:tcPr>
            <w:tcW w:w="1723" w:type="dxa"/>
          </w:tcPr>
          <w:p w14:paraId="61FEDD5F" w14:textId="77777777" w:rsidR="006A1F76" w:rsidRPr="00A8702F" w:rsidRDefault="00000000" w:rsidP="00A8702F">
            <w:pPr>
              <w:rPr>
                <w:sz w:val="22"/>
              </w:rPr>
            </w:pPr>
            <w:r w:rsidRPr="00A8702F">
              <w:rPr>
                <w:sz w:val="22"/>
              </w:rPr>
              <w:t>ਬੀਮਾ ਚਾਰਜ</w:t>
            </w:r>
          </w:p>
        </w:tc>
        <w:tc>
          <w:tcPr>
            <w:tcW w:w="1276" w:type="dxa"/>
          </w:tcPr>
          <w:p w14:paraId="66204FF1" w14:textId="77777777" w:rsidR="006A1F76" w:rsidRPr="00A8702F" w:rsidRDefault="006A1F76" w:rsidP="00A8702F">
            <w:pPr>
              <w:rPr>
                <w:sz w:val="22"/>
              </w:rPr>
            </w:pPr>
          </w:p>
        </w:tc>
        <w:tc>
          <w:tcPr>
            <w:tcW w:w="2693" w:type="dxa"/>
          </w:tcPr>
          <w:p w14:paraId="2DBF0D7D" w14:textId="77777777" w:rsidR="006A1F76" w:rsidRPr="00A8702F" w:rsidRDefault="006A1F76" w:rsidP="00A8702F">
            <w:pPr>
              <w:rPr>
                <w:sz w:val="22"/>
              </w:rPr>
            </w:pPr>
          </w:p>
        </w:tc>
        <w:tc>
          <w:tcPr>
            <w:tcW w:w="2127" w:type="dxa"/>
            <w:gridSpan w:val="2"/>
          </w:tcPr>
          <w:p w14:paraId="6B62F1B3" w14:textId="77777777" w:rsidR="006A1F76" w:rsidRPr="00A8702F" w:rsidRDefault="006A1F76" w:rsidP="00A8702F">
            <w:pPr>
              <w:rPr>
                <w:sz w:val="22"/>
              </w:rPr>
            </w:pPr>
          </w:p>
        </w:tc>
        <w:tc>
          <w:tcPr>
            <w:tcW w:w="2585" w:type="dxa"/>
          </w:tcPr>
          <w:p w14:paraId="02F2C34E" w14:textId="77777777" w:rsidR="006A1F76" w:rsidRPr="00A8702F" w:rsidRDefault="006A1F76" w:rsidP="00A8702F">
            <w:pPr>
              <w:rPr>
                <w:sz w:val="22"/>
              </w:rPr>
            </w:pPr>
          </w:p>
        </w:tc>
      </w:tr>
      <w:tr w:rsidR="006A1F76" w:rsidRPr="00A8702F" w14:paraId="64985684" w14:textId="77777777" w:rsidTr="00C17ABA">
        <w:tc>
          <w:tcPr>
            <w:tcW w:w="540" w:type="dxa"/>
          </w:tcPr>
          <w:p w14:paraId="4747B4AC" w14:textId="77777777" w:rsidR="006A1F76" w:rsidRPr="00A8702F" w:rsidRDefault="00000000" w:rsidP="00A8702F">
            <w:pPr>
              <w:jc w:val="center"/>
              <w:rPr>
                <w:sz w:val="22"/>
              </w:rPr>
            </w:pPr>
            <w:r w:rsidRPr="00A8702F">
              <w:rPr>
                <w:sz w:val="22"/>
              </w:rPr>
              <w:t>(iii)</w:t>
            </w:r>
          </w:p>
        </w:tc>
        <w:tc>
          <w:tcPr>
            <w:tcW w:w="1723" w:type="dxa"/>
          </w:tcPr>
          <w:p w14:paraId="642CC80B" w14:textId="77777777" w:rsidR="006A1F76" w:rsidRPr="00A8702F" w:rsidRDefault="00000000" w:rsidP="00A8702F">
            <w:pPr>
              <w:rPr>
                <w:sz w:val="22"/>
              </w:rPr>
            </w:pPr>
            <w:r w:rsidRPr="00A8702F">
              <w:rPr>
                <w:sz w:val="22"/>
              </w:rPr>
              <w:t>ਮੁਲਾਂਕਣ ਫੀਸ</w:t>
            </w:r>
          </w:p>
        </w:tc>
        <w:tc>
          <w:tcPr>
            <w:tcW w:w="1276" w:type="dxa"/>
          </w:tcPr>
          <w:p w14:paraId="680A4E5D" w14:textId="77777777" w:rsidR="006A1F76" w:rsidRPr="00A8702F" w:rsidRDefault="006A1F76" w:rsidP="00A8702F">
            <w:pPr>
              <w:rPr>
                <w:sz w:val="22"/>
              </w:rPr>
            </w:pPr>
          </w:p>
        </w:tc>
        <w:tc>
          <w:tcPr>
            <w:tcW w:w="2693" w:type="dxa"/>
          </w:tcPr>
          <w:p w14:paraId="19219836" w14:textId="77777777" w:rsidR="006A1F76" w:rsidRPr="00A8702F" w:rsidRDefault="006A1F76" w:rsidP="00A8702F">
            <w:pPr>
              <w:rPr>
                <w:sz w:val="22"/>
              </w:rPr>
            </w:pPr>
          </w:p>
        </w:tc>
        <w:tc>
          <w:tcPr>
            <w:tcW w:w="2127" w:type="dxa"/>
            <w:gridSpan w:val="2"/>
          </w:tcPr>
          <w:p w14:paraId="296FEF7D" w14:textId="77777777" w:rsidR="006A1F76" w:rsidRPr="00A8702F" w:rsidRDefault="006A1F76" w:rsidP="00A8702F">
            <w:pPr>
              <w:rPr>
                <w:sz w:val="22"/>
              </w:rPr>
            </w:pPr>
          </w:p>
        </w:tc>
        <w:tc>
          <w:tcPr>
            <w:tcW w:w="2585" w:type="dxa"/>
          </w:tcPr>
          <w:p w14:paraId="7194DBDC" w14:textId="77777777" w:rsidR="006A1F76" w:rsidRPr="00A8702F" w:rsidRDefault="006A1F76" w:rsidP="00A8702F">
            <w:pPr>
              <w:rPr>
                <w:sz w:val="22"/>
              </w:rPr>
            </w:pPr>
          </w:p>
        </w:tc>
      </w:tr>
      <w:tr w:rsidR="006A1F76" w:rsidRPr="00A8702F" w14:paraId="328562FE" w14:textId="77777777" w:rsidTr="00C17ABA">
        <w:tc>
          <w:tcPr>
            <w:tcW w:w="540" w:type="dxa"/>
          </w:tcPr>
          <w:p w14:paraId="1B4D3BDC" w14:textId="77777777" w:rsidR="006A1F76" w:rsidRPr="00A8702F" w:rsidRDefault="00000000" w:rsidP="00A8702F">
            <w:pPr>
              <w:jc w:val="center"/>
              <w:rPr>
                <w:sz w:val="22"/>
              </w:rPr>
            </w:pPr>
            <w:r w:rsidRPr="00A8702F">
              <w:rPr>
                <w:sz w:val="22"/>
              </w:rPr>
              <w:t>(iv)</w:t>
            </w:r>
          </w:p>
        </w:tc>
        <w:tc>
          <w:tcPr>
            <w:tcW w:w="1723" w:type="dxa"/>
          </w:tcPr>
          <w:p w14:paraId="0E5D18F1" w14:textId="77777777" w:rsidR="006A1F76" w:rsidRPr="00A8702F" w:rsidRDefault="00000000" w:rsidP="00A8702F">
            <w:pPr>
              <w:rPr>
                <w:sz w:val="22"/>
              </w:rPr>
            </w:pPr>
            <w:r w:rsidRPr="00A8702F">
              <w:rPr>
                <w:sz w:val="22"/>
              </w:rPr>
              <w:t>ਹੋਰ ਕੋਈ (ਕਿਰਪਾ ਕਰਕੇ ਦਰਸਾਓ)</w:t>
            </w:r>
          </w:p>
        </w:tc>
        <w:tc>
          <w:tcPr>
            <w:tcW w:w="1276" w:type="dxa"/>
          </w:tcPr>
          <w:p w14:paraId="769D0D3C" w14:textId="77777777" w:rsidR="006A1F76" w:rsidRPr="00A8702F" w:rsidRDefault="006A1F76" w:rsidP="00A8702F">
            <w:pPr>
              <w:rPr>
                <w:sz w:val="22"/>
              </w:rPr>
            </w:pPr>
          </w:p>
        </w:tc>
        <w:tc>
          <w:tcPr>
            <w:tcW w:w="2693" w:type="dxa"/>
          </w:tcPr>
          <w:p w14:paraId="54CD245A" w14:textId="77777777" w:rsidR="006A1F76" w:rsidRPr="00A8702F" w:rsidRDefault="006A1F76" w:rsidP="00A8702F">
            <w:pPr>
              <w:rPr>
                <w:sz w:val="22"/>
              </w:rPr>
            </w:pPr>
          </w:p>
        </w:tc>
        <w:tc>
          <w:tcPr>
            <w:tcW w:w="2127" w:type="dxa"/>
            <w:gridSpan w:val="2"/>
          </w:tcPr>
          <w:p w14:paraId="1231BE67" w14:textId="77777777" w:rsidR="006A1F76" w:rsidRPr="00A8702F" w:rsidRDefault="006A1F76" w:rsidP="00A8702F">
            <w:pPr>
              <w:rPr>
                <w:sz w:val="22"/>
              </w:rPr>
            </w:pPr>
          </w:p>
        </w:tc>
        <w:tc>
          <w:tcPr>
            <w:tcW w:w="2585" w:type="dxa"/>
          </w:tcPr>
          <w:p w14:paraId="36FEB5B0" w14:textId="77777777" w:rsidR="006A1F76" w:rsidRPr="00A8702F" w:rsidRDefault="006A1F76" w:rsidP="00A8702F">
            <w:pPr>
              <w:rPr>
                <w:sz w:val="22"/>
              </w:rPr>
            </w:pPr>
          </w:p>
        </w:tc>
      </w:tr>
      <w:tr w:rsidR="00C17ABA" w:rsidRPr="00A8702F" w14:paraId="30A060EF" w14:textId="77777777" w:rsidTr="006E1AE3">
        <w:tc>
          <w:tcPr>
            <w:tcW w:w="540" w:type="dxa"/>
          </w:tcPr>
          <w:p w14:paraId="38AFEE37" w14:textId="5E1CB627" w:rsidR="00C17ABA" w:rsidRPr="00A8702F" w:rsidRDefault="00C17ABA" w:rsidP="00A8702F">
            <w:pPr>
              <w:rPr>
                <w:sz w:val="22"/>
              </w:rPr>
            </w:pPr>
            <w:r w:rsidRPr="00A8702F">
              <w:rPr>
                <w:b/>
                <w:sz w:val="22"/>
              </w:rPr>
              <w:t>9</w:t>
            </w:r>
          </w:p>
        </w:tc>
        <w:tc>
          <w:tcPr>
            <w:tcW w:w="6701" w:type="dxa"/>
            <w:gridSpan w:val="4"/>
          </w:tcPr>
          <w:p w14:paraId="38C47C4C" w14:textId="596CFA42" w:rsidR="00C17ABA" w:rsidRPr="00A8702F" w:rsidRDefault="00C17ABA" w:rsidP="00A8702F">
            <w:pPr>
              <w:rPr>
                <w:sz w:val="22"/>
              </w:rPr>
            </w:pPr>
            <w:r w:rsidRPr="00A8702F">
              <w:rPr>
                <w:b/>
                <w:sz w:val="22"/>
              </w:rPr>
              <w:t>ਸਾਲਾਨਾ ਪ੍ਰਤੀਸ਼ਤ ਦਰ (ਏਪੀਆਰ) (%)⁶</w:t>
            </w:r>
          </w:p>
        </w:tc>
        <w:tc>
          <w:tcPr>
            <w:tcW w:w="3703" w:type="dxa"/>
            <w:gridSpan w:val="2"/>
          </w:tcPr>
          <w:p w14:paraId="504CE2AA" w14:textId="1F311377" w:rsidR="00C17ABA" w:rsidRPr="00A8702F" w:rsidRDefault="00C17ABA" w:rsidP="00A8702F">
            <w:pPr>
              <w:rPr>
                <w:sz w:val="22"/>
              </w:rPr>
            </w:pPr>
          </w:p>
        </w:tc>
      </w:tr>
    </w:tbl>
    <w:p w14:paraId="1D7541B5" w14:textId="77777777" w:rsidR="006A1F76" w:rsidRPr="00A8702F" w:rsidRDefault="00000000" w:rsidP="00A8702F">
      <w:pPr>
        <w:spacing w:line="240" w:lineRule="auto"/>
        <w:rPr>
          <w:sz w:val="22"/>
        </w:rPr>
      </w:pPr>
      <w:r w:rsidRPr="00A8702F">
        <w:rPr>
          <w:b/>
          <w:sz w:val="22"/>
        </w:rPr>
        <w:t>10  आਕस्मिਕ प्रभारों ਕा ਵੇਰਵਾ (₹ अथवा %, जैसा लागू हो)</w:t>
      </w:r>
    </w:p>
    <w:tbl>
      <w:tblPr>
        <w:tblStyle w:val="TableGrid"/>
        <w:tblW w:w="10944" w:type="dxa"/>
        <w:tblLayout w:type="fixed"/>
        <w:tblLook w:val="04A0" w:firstRow="1" w:lastRow="0" w:firstColumn="1" w:lastColumn="0" w:noHBand="0" w:noVBand="1"/>
      </w:tblPr>
      <w:tblGrid>
        <w:gridCol w:w="645"/>
        <w:gridCol w:w="8422"/>
        <w:gridCol w:w="1877"/>
      </w:tblGrid>
      <w:tr w:rsidR="006A1F76" w:rsidRPr="00A8702F" w14:paraId="0A9F4A2F" w14:textId="77777777" w:rsidTr="00C17ABA">
        <w:tc>
          <w:tcPr>
            <w:tcW w:w="645" w:type="dxa"/>
          </w:tcPr>
          <w:p w14:paraId="2B46CDAF" w14:textId="77777777" w:rsidR="006A1F76" w:rsidRPr="00A8702F" w:rsidRDefault="00000000" w:rsidP="00A8702F">
            <w:pPr>
              <w:jc w:val="center"/>
              <w:rPr>
                <w:sz w:val="22"/>
              </w:rPr>
            </w:pPr>
            <w:r w:rsidRPr="00A8702F">
              <w:rPr>
                <w:sz w:val="22"/>
              </w:rPr>
              <w:t>(i)</w:t>
            </w:r>
          </w:p>
        </w:tc>
        <w:tc>
          <w:tcPr>
            <w:tcW w:w="8422" w:type="dxa"/>
          </w:tcPr>
          <w:p w14:paraId="134F064E" w14:textId="6EC24011" w:rsidR="006A1F76" w:rsidRPr="00A8702F" w:rsidRDefault="00AB2743" w:rsidP="00A8702F">
            <w:pPr>
              <w:rPr>
                <w:sz w:val="22"/>
              </w:rPr>
            </w:pPr>
            <w:r w:rsidRPr="00A8702F">
              <w:rPr>
                <w:sz w:val="22"/>
                <w:cs/>
                <w:lang w:bidi="hi-IN"/>
              </w:rPr>
              <w:t>ਭੁਗਤਾਨ ਵਿੱਚ ਦੇਰੀ ਹੋਣ ਤੇ ਲਾਗੂ ਚਾਰਜ, ਜੇ ਕੋਈ ਹੋਵੇ</w:t>
            </w:r>
          </w:p>
        </w:tc>
        <w:tc>
          <w:tcPr>
            <w:tcW w:w="1877" w:type="dxa"/>
          </w:tcPr>
          <w:p w14:paraId="30D7AA69" w14:textId="77777777" w:rsidR="006A1F76" w:rsidRPr="00A8702F" w:rsidRDefault="006A1F76" w:rsidP="00A8702F">
            <w:pPr>
              <w:rPr>
                <w:sz w:val="22"/>
              </w:rPr>
            </w:pPr>
          </w:p>
        </w:tc>
      </w:tr>
      <w:tr w:rsidR="006A1F76" w:rsidRPr="00A8702F" w14:paraId="14C1A685" w14:textId="77777777" w:rsidTr="00C17ABA">
        <w:tc>
          <w:tcPr>
            <w:tcW w:w="645" w:type="dxa"/>
          </w:tcPr>
          <w:p w14:paraId="06552A2C" w14:textId="77777777" w:rsidR="006A1F76" w:rsidRPr="00A8702F" w:rsidRDefault="00000000" w:rsidP="00A8702F">
            <w:pPr>
              <w:jc w:val="center"/>
              <w:rPr>
                <w:sz w:val="22"/>
              </w:rPr>
            </w:pPr>
            <w:r w:rsidRPr="00A8702F">
              <w:rPr>
                <w:sz w:val="22"/>
              </w:rPr>
              <w:t>(ii)</w:t>
            </w:r>
          </w:p>
        </w:tc>
        <w:tc>
          <w:tcPr>
            <w:tcW w:w="8422" w:type="dxa"/>
          </w:tcPr>
          <w:p w14:paraId="100137E0" w14:textId="2C15BA6A" w:rsidR="006A1F76" w:rsidRPr="00A8702F" w:rsidRDefault="00DB628E" w:rsidP="00A8702F">
            <w:pPr>
              <w:rPr>
                <w:sz w:val="22"/>
              </w:rPr>
            </w:pPr>
            <w:r w:rsidRPr="00A8702F">
              <w:rPr>
                <w:sz w:val="22"/>
                <w:cs/>
                <w:lang w:bidi="hi-IN"/>
              </w:rPr>
              <w:t>ਹੋਰ ਲਾਗੂ ਚਾਰਜ, ਜੇ ਕੋਈ ਹੋਵੇ</w:t>
            </w:r>
          </w:p>
        </w:tc>
        <w:tc>
          <w:tcPr>
            <w:tcW w:w="1877" w:type="dxa"/>
          </w:tcPr>
          <w:p w14:paraId="7196D064" w14:textId="77777777" w:rsidR="006A1F76" w:rsidRPr="00A8702F" w:rsidRDefault="006A1F76" w:rsidP="00A8702F">
            <w:pPr>
              <w:rPr>
                <w:sz w:val="22"/>
              </w:rPr>
            </w:pPr>
          </w:p>
        </w:tc>
      </w:tr>
      <w:tr w:rsidR="006A1F76" w:rsidRPr="00A8702F" w14:paraId="1190A7AC" w14:textId="77777777" w:rsidTr="00C17ABA">
        <w:tc>
          <w:tcPr>
            <w:tcW w:w="645" w:type="dxa"/>
          </w:tcPr>
          <w:p w14:paraId="1DA87AB0" w14:textId="77777777" w:rsidR="006A1F76" w:rsidRPr="00A8702F" w:rsidRDefault="00000000" w:rsidP="00A8702F">
            <w:pPr>
              <w:jc w:val="center"/>
              <w:rPr>
                <w:sz w:val="22"/>
              </w:rPr>
            </w:pPr>
            <w:r w:rsidRPr="00A8702F">
              <w:rPr>
                <w:sz w:val="22"/>
              </w:rPr>
              <w:t>(iii)</w:t>
            </w:r>
          </w:p>
        </w:tc>
        <w:tc>
          <w:tcPr>
            <w:tcW w:w="8422" w:type="dxa"/>
          </w:tcPr>
          <w:p w14:paraId="63DF9484" w14:textId="38791511" w:rsidR="006A1F76" w:rsidRPr="00A8702F" w:rsidRDefault="00DB628E" w:rsidP="00A8702F">
            <w:pPr>
              <w:rPr>
                <w:sz w:val="22"/>
              </w:rPr>
            </w:pPr>
            <w:r w:rsidRPr="00A8702F">
              <w:rPr>
                <w:sz w:val="22"/>
                <w:cs/>
                <w:lang w:bidi="hi-IN"/>
              </w:rPr>
              <w:t>ਕਰਜ਼ ਸਮੇਂ ਤੋਂ ਪਹਿਲਾਂ ਬੰਦ ਕਰਨ ਦਾ ਚਾਰਜ, ਜੇ ਲਾਗੂ ਹੋਵੇ</w:t>
            </w:r>
          </w:p>
        </w:tc>
        <w:tc>
          <w:tcPr>
            <w:tcW w:w="1877" w:type="dxa"/>
          </w:tcPr>
          <w:p w14:paraId="34FF1C98" w14:textId="77777777" w:rsidR="006A1F76" w:rsidRPr="00A8702F" w:rsidRDefault="006A1F76" w:rsidP="00A8702F">
            <w:pPr>
              <w:rPr>
                <w:sz w:val="22"/>
              </w:rPr>
            </w:pPr>
          </w:p>
        </w:tc>
      </w:tr>
      <w:tr w:rsidR="006A1F76" w:rsidRPr="00A8702F" w14:paraId="3C6E7922" w14:textId="77777777" w:rsidTr="00C17ABA">
        <w:tc>
          <w:tcPr>
            <w:tcW w:w="645" w:type="dxa"/>
          </w:tcPr>
          <w:p w14:paraId="20237082" w14:textId="77777777" w:rsidR="006A1F76" w:rsidRPr="00A8702F" w:rsidRDefault="00000000" w:rsidP="00A8702F">
            <w:pPr>
              <w:jc w:val="center"/>
              <w:rPr>
                <w:sz w:val="22"/>
              </w:rPr>
            </w:pPr>
            <w:r w:rsidRPr="00A8702F">
              <w:rPr>
                <w:sz w:val="22"/>
              </w:rPr>
              <w:t>(iv)</w:t>
            </w:r>
          </w:p>
        </w:tc>
        <w:tc>
          <w:tcPr>
            <w:tcW w:w="8422" w:type="dxa"/>
          </w:tcPr>
          <w:p w14:paraId="4A6CFFD2" w14:textId="4D1927D2" w:rsidR="006A1F76" w:rsidRPr="00A8702F" w:rsidRDefault="00DB628E" w:rsidP="00A8702F">
            <w:pPr>
              <w:rPr>
                <w:sz w:val="22"/>
              </w:rPr>
            </w:pPr>
            <w:r w:rsidRPr="00A8702F">
              <w:rPr>
                <w:sz w:val="22"/>
                <w:cs/>
                <w:lang w:bidi="hi-IN"/>
              </w:rPr>
              <w:t>ਕਰਜ਼ ਦੀ ਵਿਆਜ ਦਰ ਨੂੰ ਪਰਿਵਰਤਨਸ਼ੀਲ ਤੋਂ ਸਥਿਰ ਜਾਂ ਸਥਿਰ ਤੋਂ ਪਰਿਵਰਤਨਸ਼ੀਲ ਵਿੱਚ ਬਦਲਣ ਲਈ ਲਾਗੂ ਚਾਰਜ</w:t>
            </w:r>
          </w:p>
        </w:tc>
        <w:tc>
          <w:tcPr>
            <w:tcW w:w="1877" w:type="dxa"/>
          </w:tcPr>
          <w:p w14:paraId="6D072C0D" w14:textId="77777777" w:rsidR="006A1F76" w:rsidRPr="00A8702F" w:rsidRDefault="006A1F76" w:rsidP="00A8702F">
            <w:pPr>
              <w:rPr>
                <w:sz w:val="22"/>
              </w:rPr>
            </w:pPr>
          </w:p>
        </w:tc>
      </w:tr>
      <w:tr w:rsidR="006A1F76" w:rsidRPr="00A8702F" w14:paraId="5A17422A" w14:textId="77777777" w:rsidTr="00C17ABA">
        <w:tc>
          <w:tcPr>
            <w:tcW w:w="645" w:type="dxa"/>
          </w:tcPr>
          <w:p w14:paraId="095116CF" w14:textId="77777777" w:rsidR="006A1F76" w:rsidRPr="00A8702F" w:rsidRDefault="00000000" w:rsidP="00A8702F">
            <w:pPr>
              <w:jc w:val="center"/>
              <w:rPr>
                <w:sz w:val="22"/>
              </w:rPr>
            </w:pPr>
            <w:r w:rsidRPr="00A8702F">
              <w:rPr>
                <w:sz w:val="22"/>
              </w:rPr>
              <w:t>(v)</w:t>
            </w:r>
          </w:p>
        </w:tc>
        <w:tc>
          <w:tcPr>
            <w:tcW w:w="8422" w:type="dxa"/>
          </w:tcPr>
          <w:p w14:paraId="6BA329FB" w14:textId="77777777" w:rsidR="006A1F76" w:rsidRPr="00A8702F" w:rsidRDefault="00000000" w:rsidP="00A8702F">
            <w:pPr>
              <w:rPr>
                <w:sz w:val="22"/>
              </w:rPr>
            </w:pPr>
            <w:r w:rsidRPr="00A8702F">
              <w:rPr>
                <w:sz w:val="22"/>
              </w:rPr>
              <w:t>ਹੋਰ ਕੋਈ ਚਾਰਜ (ਕਿਰਪਾ ਕਰਕੇ ਦਰਸਾਓ)</w:t>
            </w:r>
          </w:p>
        </w:tc>
        <w:tc>
          <w:tcPr>
            <w:tcW w:w="1877" w:type="dxa"/>
          </w:tcPr>
          <w:p w14:paraId="48A21919" w14:textId="77777777" w:rsidR="006A1F76" w:rsidRPr="00A8702F" w:rsidRDefault="006A1F76" w:rsidP="00A8702F">
            <w:pPr>
              <w:rPr>
                <w:sz w:val="22"/>
              </w:rPr>
            </w:pPr>
          </w:p>
        </w:tc>
      </w:tr>
    </w:tbl>
    <w:p w14:paraId="39A60048" w14:textId="77777777" w:rsidR="006A1F76" w:rsidRPr="00C17ABA" w:rsidRDefault="00000000" w:rsidP="00A8702F">
      <w:pPr>
        <w:spacing w:after="0" w:line="240" w:lineRule="auto"/>
        <w:rPr>
          <w:sz w:val="18"/>
          <w:szCs w:val="18"/>
        </w:rPr>
      </w:pPr>
      <w:r w:rsidRPr="00C17ABA">
        <w:rPr>
          <w:sz w:val="18"/>
          <w:szCs w:val="18"/>
        </w:rPr>
        <w:t>² ऋण-जोਖिम ਵੇਰਵਾ में परिवर्तन ਕे अतिरिਕ्त, नियत पुनर्निर्धारण।</w:t>
      </w:r>
    </w:p>
    <w:p w14:paraId="74B84291" w14:textId="77777777" w:rsidR="006A1F76" w:rsidRPr="00C17ABA" w:rsidRDefault="00000000" w:rsidP="00A8702F">
      <w:pPr>
        <w:spacing w:after="0" w:line="240" w:lineRule="auto"/>
        <w:rPr>
          <w:sz w:val="18"/>
          <w:szCs w:val="18"/>
        </w:rPr>
      </w:pPr>
      <w:r w:rsidRPr="00C17ABA">
        <w:rPr>
          <w:sz w:val="18"/>
          <w:szCs w:val="18"/>
        </w:rPr>
        <w:t>³ 18 ਅਗਸਤ 2023 ਦੇ “ਬਰਾਬਰ ਮਾਸਿਕ ਕਿਸ਼ਤ ਅਧਾਰਿਤ ਨਿੱਜੀ ਕਰਜ਼ਿਆਂ ਉੱਤੇ ਪਰਿਵਰਤਨਸ਼ੀਲ ਵਿਆਜ ਦਰ ਦਾ ਮੁੜ-ਨਿਰਧਾਰਣ” ਸੰਬੰਧੀ ਸਰਕੂਲਰ ਵੇਖੋ।</w:t>
      </w:r>
    </w:p>
    <w:p w14:paraId="40DAD7E5" w14:textId="77777777" w:rsidR="006A1F76" w:rsidRPr="00C17ABA" w:rsidRDefault="00000000" w:rsidP="00A8702F">
      <w:pPr>
        <w:spacing w:after="0" w:line="240" w:lineRule="auto"/>
        <w:rPr>
          <w:sz w:val="18"/>
          <w:szCs w:val="18"/>
        </w:rPr>
      </w:pPr>
      <w:r w:rsidRPr="00C17ABA">
        <w:rPr>
          <w:sz w:val="18"/>
          <w:szCs w:val="18"/>
        </w:rPr>
        <w:t>⁴ ਨਿਯਮਿਤ ਸੰਸਥਾਵਾਂ ਜੀਐਸਟੀ ਵਰਗੇ ਕਰ ਘਟਾ ਕੇ ਰਕਮ ਦਰਸਾ ਸਕਦੀਆਂ ਹਨ।</w:t>
      </w:r>
    </w:p>
    <w:p w14:paraId="16FDCDA8" w14:textId="77777777" w:rsidR="006A1F76" w:rsidRPr="00C17ABA" w:rsidRDefault="00000000" w:rsidP="00A8702F">
      <w:pPr>
        <w:spacing w:after="0" w:line="240" w:lineRule="auto"/>
        <w:rPr>
          <w:sz w:val="18"/>
          <w:szCs w:val="18"/>
        </w:rPr>
      </w:pPr>
      <w:r w:rsidRPr="00C17ABA">
        <w:rPr>
          <w:sz w:val="18"/>
          <w:szCs w:val="18"/>
        </w:rPr>
        <w:t>⁵ ਆਵਰਤੀ ਹੋਣ ਤੇ ਆਵਰਤੀ ਦਰਸਾਓ।</w:t>
      </w:r>
    </w:p>
    <w:p w14:paraId="44F4DA02" w14:textId="77777777" w:rsidR="006A1F76" w:rsidRPr="00C17ABA" w:rsidRDefault="00000000" w:rsidP="00A8702F">
      <w:pPr>
        <w:spacing w:after="0" w:line="240" w:lineRule="auto"/>
        <w:rPr>
          <w:sz w:val="18"/>
          <w:szCs w:val="18"/>
        </w:rPr>
      </w:pPr>
      <w:r w:rsidRPr="00C17ABA">
        <w:rPr>
          <w:sz w:val="18"/>
          <w:szCs w:val="18"/>
        </w:rPr>
        <w:t>⁶ ਅਨੁਬੰਧ ਖ में दिया गया उदाहरण देਖें।</w:t>
      </w:r>
    </w:p>
    <w:p w14:paraId="15B61DE8" w14:textId="12A2984B" w:rsidR="006A1F76" w:rsidRPr="00A8702F" w:rsidRDefault="00000000" w:rsidP="00A8702F">
      <w:pPr>
        <w:spacing w:line="240" w:lineRule="auto"/>
        <w:jc w:val="center"/>
        <w:rPr>
          <w:sz w:val="22"/>
        </w:rPr>
      </w:pPr>
      <w:r w:rsidRPr="00A8702F">
        <w:rPr>
          <w:sz w:val="22"/>
        </w:rPr>
        <w:t>ਭਾਗ 2 (ਹੋਰ ਗੁਣਾਤਮਕ ਜਾਣਕਾਰੀ)</w:t>
      </w:r>
    </w:p>
    <w:tbl>
      <w:tblPr>
        <w:tblStyle w:val="TableGrid"/>
        <w:tblW w:w="10944" w:type="dxa"/>
        <w:jc w:val="center"/>
        <w:tblLayout w:type="fixed"/>
        <w:tblLook w:val="04A0" w:firstRow="1" w:lastRow="0" w:firstColumn="1" w:lastColumn="0" w:noHBand="0" w:noVBand="1"/>
      </w:tblPr>
      <w:tblGrid>
        <w:gridCol w:w="810"/>
        <w:gridCol w:w="3721"/>
        <w:gridCol w:w="2977"/>
        <w:gridCol w:w="1843"/>
        <w:gridCol w:w="1593"/>
      </w:tblGrid>
      <w:tr w:rsidR="006A1F76" w:rsidRPr="00A8702F" w14:paraId="40B1A462" w14:textId="77777777" w:rsidTr="00DB628E">
        <w:trPr>
          <w:jc w:val="center"/>
        </w:trPr>
        <w:tc>
          <w:tcPr>
            <w:tcW w:w="810" w:type="dxa"/>
            <w:tcMar>
              <w:top w:w="55" w:type="dxa"/>
              <w:left w:w="55" w:type="dxa"/>
              <w:bottom w:w="55" w:type="dxa"/>
              <w:right w:w="55" w:type="dxa"/>
            </w:tcMar>
            <w:vAlign w:val="center"/>
          </w:tcPr>
          <w:p w14:paraId="56B20A0C" w14:textId="77777777" w:rsidR="006A1F76" w:rsidRPr="00A8702F" w:rsidRDefault="00000000" w:rsidP="00A8702F">
            <w:pPr>
              <w:jc w:val="center"/>
              <w:rPr>
                <w:sz w:val="22"/>
              </w:rPr>
            </w:pPr>
            <w:r w:rsidRPr="00A8702F">
              <w:rPr>
                <w:sz w:val="22"/>
              </w:rPr>
              <w:lastRenderedPageBreak/>
              <w:t>1</w:t>
            </w:r>
          </w:p>
        </w:tc>
        <w:tc>
          <w:tcPr>
            <w:tcW w:w="6698" w:type="dxa"/>
            <w:gridSpan w:val="2"/>
            <w:tcMar>
              <w:top w:w="55" w:type="dxa"/>
              <w:left w:w="55" w:type="dxa"/>
              <w:bottom w:w="55" w:type="dxa"/>
              <w:right w:w="55" w:type="dxa"/>
            </w:tcMar>
            <w:vAlign w:val="center"/>
          </w:tcPr>
          <w:p w14:paraId="10FBF253" w14:textId="58422375" w:rsidR="006A1F76" w:rsidRPr="00A8702F" w:rsidRDefault="00DB628E" w:rsidP="00A8702F">
            <w:pPr>
              <w:rPr>
                <w:sz w:val="22"/>
              </w:rPr>
            </w:pPr>
            <w:r w:rsidRPr="00A8702F">
              <w:rPr>
                <w:sz w:val="22"/>
                <w:cs/>
                <w:lang w:bidi="hi-IN"/>
              </w:rPr>
              <w:t>ਵਸੂਲੀ ਏਜੰਟਾਂ ਦੀ ਨਿਯੁਕਤੀ ਨਾਲ ਸੰਬੰਧਿਤ ਕਰਜ਼ ਸਮਝੌਤੇ ਦੀ ਧਾਰਾ</w:t>
            </w:r>
          </w:p>
        </w:tc>
        <w:tc>
          <w:tcPr>
            <w:tcW w:w="3436" w:type="dxa"/>
            <w:gridSpan w:val="2"/>
            <w:tcMar>
              <w:top w:w="55" w:type="dxa"/>
              <w:left w:w="55" w:type="dxa"/>
              <w:bottom w:w="55" w:type="dxa"/>
              <w:right w:w="55" w:type="dxa"/>
            </w:tcMar>
            <w:vAlign w:val="center"/>
          </w:tcPr>
          <w:p w14:paraId="238601FE" w14:textId="77777777" w:rsidR="006A1F76" w:rsidRPr="00A8702F" w:rsidRDefault="006A1F76" w:rsidP="00A8702F">
            <w:pPr>
              <w:rPr>
                <w:sz w:val="22"/>
              </w:rPr>
            </w:pPr>
          </w:p>
        </w:tc>
      </w:tr>
      <w:tr w:rsidR="006A1F76" w:rsidRPr="00A8702F" w14:paraId="0FC27C85" w14:textId="77777777" w:rsidTr="00DB628E">
        <w:trPr>
          <w:jc w:val="center"/>
        </w:trPr>
        <w:tc>
          <w:tcPr>
            <w:tcW w:w="810" w:type="dxa"/>
            <w:tcMar>
              <w:top w:w="55" w:type="dxa"/>
              <w:left w:w="55" w:type="dxa"/>
              <w:bottom w:w="55" w:type="dxa"/>
              <w:right w:w="55" w:type="dxa"/>
            </w:tcMar>
            <w:vAlign w:val="center"/>
          </w:tcPr>
          <w:p w14:paraId="7144751B" w14:textId="77777777" w:rsidR="006A1F76" w:rsidRPr="00A8702F" w:rsidRDefault="00000000" w:rsidP="00A8702F">
            <w:pPr>
              <w:jc w:val="center"/>
              <w:rPr>
                <w:sz w:val="22"/>
              </w:rPr>
            </w:pPr>
            <w:r w:rsidRPr="00A8702F">
              <w:rPr>
                <w:sz w:val="22"/>
              </w:rPr>
              <w:t>2</w:t>
            </w:r>
          </w:p>
        </w:tc>
        <w:tc>
          <w:tcPr>
            <w:tcW w:w="6698" w:type="dxa"/>
            <w:gridSpan w:val="2"/>
            <w:tcMar>
              <w:top w:w="55" w:type="dxa"/>
              <w:left w:w="55" w:type="dxa"/>
              <w:bottom w:w="55" w:type="dxa"/>
              <w:right w:w="55" w:type="dxa"/>
            </w:tcMar>
            <w:vAlign w:val="center"/>
          </w:tcPr>
          <w:p w14:paraId="18E6F370" w14:textId="117C1824" w:rsidR="006A1F76" w:rsidRPr="00A8702F" w:rsidRDefault="00DB628E" w:rsidP="00A8702F">
            <w:pPr>
              <w:rPr>
                <w:sz w:val="22"/>
              </w:rPr>
            </w:pPr>
            <w:r w:rsidRPr="00A8702F">
              <w:rPr>
                <w:sz w:val="22"/>
                <w:cs/>
                <w:lang w:bidi="hi-IN"/>
              </w:rPr>
              <w:t>ਸ਼ਿਕਾਇਤ ਨਿਵਾਰਨ ਪ੍ਰਣਾਲੀ ਨਾਲ ਸੰਬੰਧਿਤ ਕਰਜ਼ ਸਮਝੌਤੇ ਦੀ ਧਾਰਾ</w:t>
            </w:r>
          </w:p>
        </w:tc>
        <w:tc>
          <w:tcPr>
            <w:tcW w:w="3436" w:type="dxa"/>
            <w:gridSpan w:val="2"/>
            <w:tcMar>
              <w:top w:w="55" w:type="dxa"/>
              <w:left w:w="55" w:type="dxa"/>
              <w:bottom w:w="55" w:type="dxa"/>
              <w:right w:w="55" w:type="dxa"/>
            </w:tcMar>
            <w:vAlign w:val="center"/>
          </w:tcPr>
          <w:p w14:paraId="0F3CABC7" w14:textId="77777777" w:rsidR="006A1F76" w:rsidRPr="00A8702F" w:rsidRDefault="006A1F76" w:rsidP="00A8702F">
            <w:pPr>
              <w:rPr>
                <w:sz w:val="22"/>
              </w:rPr>
            </w:pPr>
          </w:p>
        </w:tc>
      </w:tr>
      <w:tr w:rsidR="006A1F76" w:rsidRPr="00A8702F" w14:paraId="4392DB52" w14:textId="77777777" w:rsidTr="00DB628E">
        <w:trPr>
          <w:jc w:val="center"/>
        </w:trPr>
        <w:tc>
          <w:tcPr>
            <w:tcW w:w="810" w:type="dxa"/>
            <w:tcMar>
              <w:top w:w="55" w:type="dxa"/>
              <w:left w:w="55" w:type="dxa"/>
              <w:bottom w:w="55" w:type="dxa"/>
              <w:right w:w="55" w:type="dxa"/>
            </w:tcMar>
            <w:vAlign w:val="center"/>
          </w:tcPr>
          <w:p w14:paraId="0B778152" w14:textId="77777777" w:rsidR="006A1F76" w:rsidRPr="00A8702F" w:rsidRDefault="00000000" w:rsidP="00A8702F">
            <w:pPr>
              <w:jc w:val="center"/>
              <w:rPr>
                <w:sz w:val="22"/>
              </w:rPr>
            </w:pPr>
            <w:r w:rsidRPr="00A8702F">
              <w:rPr>
                <w:sz w:val="22"/>
              </w:rPr>
              <w:t>3</w:t>
            </w:r>
          </w:p>
        </w:tc>
        <w:tc>
          <w:tcPr>
            <w:tcW w:w="6698" w:type="dxa"/>
            <w:gridSpan w:val="2"/>
            <w:tcMar>
              <w:top w:w="55" w:type="dxa"/>
              <w:left w:w="55" w:type="dxa"/>
              <w:bottom w:w="55" w:type="dxa"/>
              <w:right w:w="55" w:type="dxa"/>
            </w:tcMar>
            <w:vAlign w:val="center"/>
          </w:tcPr>
          <w:p w14:paraId="5E1EEAF0" w14:textId="185D2AFC" w:rsidR="006A1F76" w:rsidRPr="00A8702F" w:rsidRDefault="00DB628E" w:rsidP="00A8702F">
            <w:pPr>
              <w:rPr>
                <w:sz w:val="22"/>
              </w:rPr>
            </w:pPr>
            <w:r w:rsidRPr="00A8702F">
              <w:rPr>
                <w:sz w:val="22"/>
                <w:cs/>
                <w:lang w:bidi="hi-IN"/>
              </w:rPr>
              <w:t>ਨੋਡਲ ਸ਼ਿਕਾਇਤ ਨਿਵਾਰਨ ਅਧਿਕਾਰੀ ਦਾ ਟੈਲੀਫੋਨ ਨੰਬਰ ਅਤੇ ਈ-ਮੇਲ ਪਤਾ⁷</w:t>
            </w:r>
          </w:p>
        </w:tc>
        <w:tc>
          <w:tcPr>
            <w:tcW w:w="3436" w:type="dxa"/>
            <w:gridSpan w:val="2"/>
            <w:tcMar>
              <w:top w:w="55" w:type="dxa"/>
              <w:left w:w="55" w:type="dxa"/>
              <w:bottom w:w="55" w:type="dxa"/>
              <w:right w:w="55" w:type="dxa"/>
            </w:tcMar>
            <w:vAlign w:val="center"/>
          </w:tcPr>
          <w:p w14:paraId="5B08B5D1" w14:textId="77777777" w:rsidR="006A1F76" w:rsidRPr="00A8702F" w:rsidRDefault="006A1F76" w:rsidP="00A8702F">
            <w:pPr>
              <w:rPr>
                <w:sz w:val="22"/>
              </w:rPr>
            </w:pPr>
          </w:p>
        </w:tc>
      </w:tr>
      <w:tr w:rsidR="006A1F76" w:rsidRPr="00A8702F" w14:paraId="20E4AC22" w14:textId="77777777" w:rsidTr="00DB628E">
        <w:trPr>
          <w:jc w:val="center"/>
        </w:trPr>
        <w:tc>
          <w:tcPr>
            <w:tcW w:w="810" w:type="dxa"/>
            <w:tcMar>
              <w:top w:w="55" w:type="dxa"/>
              <w:left w:w="55" w:type="dxa"/>
              <w:bottom w:w="55" w:type="dxa"/>
              <w:right w:w="55" w:type="dxa"/>
            </w:tcMar>
            <w:vAlign w:val="center"/>
          </w:tcPr>
          <w:p w14:paraId="279935FF" w14:textId="77777777" w:rsidR="006A1F76" w:rsidRPr="00A8702F" w:rsidRDefault="00000000" w:rsidP="00A8702F">
            <w:pPr>
              <w:jc w:val="center"/>
              <w:rPr>
                <w:sz w:val="22"/>
              </w:rPr>
            </w:pPr>
            <w:r w:rsidRPr="00A8702F">
              <w:rPr>
                <w:sz w:val="22"/>
              </w:rPr>
              <w:t>4</w:t>
            </w:r>
          </w:p>
        </w:tc>
        <w:tc>
          <w:tcPr>
            <w:tcW w:w="6698" w:type="dxa"/>
            <w:gridSpan w:val="2"/>
            <w:tcMar>
              <w:top w:w="55" w:type="dxa"/>
              <w:left w:w="55" w:type="dxa"/>
              <w:bottom w:w="55" w:type="dxa"/>
              <w:right w:w="55" w:type="dxa"/>
            </w:tcMar>
            <w:vAlign w:val="center"/>
          </w:tcPr>
          <w:p w14:paraId="2FAF5A21" w14:textId="67FACE83" w:rsidR="006A1F76" w:rsidRPr="00A8702F" w:rsidRDefault="00DB628E" w:rsidP="00A8702F">
            <w:pPr>
              <w:rPr>
                <w:sz w:val="22"/>
              </w:rPr>
            </w:pPr>
            <w:r w:rsidRPr="00A8702F">
              <w:rPr>
                <w:sz w:val="22"/>
                <w:cs/>
                <w:lang w:bidi="hi-IN"/>
              </w:rPr>
              <w:t>ਕੀ ਇਹ ਕਰਜ਼ ਮੌਜੂਦਾ ਸਮੇਂ ਜਾਂ ਭਵਿੱਖ ਵਿੱਚ ਕਿਸੇ ਹੋਰ ਨਿਯਮਿਤ ਸੰਸਥਾ ਨੂੰ ਤਬਦੀਲ ਕੀਤਾ ਜਾਂ ਇਸਦਾ ਪ੍ਰਤੀਭੂਤੀਕਰਨ ਕੀਤਾ ਜਾ ਸਕਦਾ ਹੈ? (ਹਾਂ/ਨਹੀਂ)</w:t>
            </w:r>
          </w:p>
        </w:tc>
        <w:tc>
          <w:tcPr>
            <w:tcW w:w="3436" w:type="dxa"/>
            <w:gridSpan w:val="2"/>
            <w:tcMar>
              <w:top w:w="55" w:type="dxa"/>
              <w:left w:w="55" w:type="dxa"/>
              <w:bottom w:w="55" w:type="dxa"/>
              <w:right w:w="55" w:type="dxa"/>
            </w:tcMar>
            <w:vAlign w:val="center"/>
          </w:tcPr>
          <w:p w14:paraId="16DEB4AB" w14:textId="77777777" w:rsidR="006A1F76" w:rsidRPr="00A8702F" w:rsidRDefault="006A1F76" w:rsidP="00A8702F">
            <w:pPr>
              <w:rPr>
                <w:sz w:val="22"/>
              </w:rPr>
            </w:pPr>
          </w:p>
        </w:tc>
      </w:tr>
      <w:tr w:rsidR="006A1F76" w:rsidRPr="00A8702F" w14:paraId="3DE95835" w14:textId="77777777" w:rsidTr="00DB628E">
        <w:trPr>
          <w:jc w:val="center"/>
        </w:trPr>
        <w:tc>
          <w:tcPr>
            <w:tcW w:w="810" w:type="dxa"/>
            <w:tcMar>
              <w:top w:w="55" w:type="dxa"/>
              <w:left w:w="55" w:type="dxa"/>
              <w:bottom w:w="55" w:type="dxa"/>
              <w:right w:w="55" w:type="dxa"/>
            </w:tcMar>
            <w:vAlign w:val="center"/>
          </w:tcPr>
          <w:p w14:paraId="44240AAE" w14:textId="77777777" w:rsidR="006A1F76" w:rsidRPr="00A8702F" w:rsidRDefault="00000000" w:rsidP="00A8702F">
            <w:pPr>
              <w:jc w:val="center"/>
              <w:rPr>
                <w:sz w:val="22"/>
              </w:rPr>
            </w:pPr>
            <w:r w:rsidRPr="00A8702F">
              <w:rPr>
                <w:sz w:val="22"/>
              </w:rPr>
              <w:t>5</w:t>
            </w:r>
          </w:p>
        </w:tc>
        <w:tc>
          <w:tcPr>
            <w:tcW w:w="6698" w:type="dxa"/>
            <w:gridSpan w:val="2"/>
            <w:tcMar>
              <w:top w:w="55" w:type="dxa"/>
              <w:left w:w="55" w:type="dxa"/>
              <w:bottom w:w="55" w:type="dxa"/>
              <w:right w:w="55" w:type="dxa"/>
            </w:tcMar>
            <w:vAlign w:val="center"/>
          </w:tcPr>
          <w:p w14:paraId="4A5E491A" w14:textId="6EE8A7B5" w:rsidR="006A1F76" w:rsidRPr="00A8702F" w:rsidRDefault="00DB628E" w:rsidP="00A8702F">
            <w:pPr>
              <w:rPr>
                <w:sz w:val="22"/>
              </w:rPr>
            </w:pPr>
            <w:r w:rsidRPr="00A8702F">
              <w:rPr>
                <w:sz w:val="22"/>
                <w:cs/>
                <w:lang w:bidi="hi-IN"/>
              </w:rPr>
              <w:t>सहयोगात्मਕ ऋण व्यवस्था, जैसे सह-ऋण या बाह्यस्रोत व्यवस्था, ਕे अंतर्गत ऋण दिए जाने ਕी स्थिति में निम्नलिਖित अतिरिਕ्त ਵੇਰਵਾ दिए जाएँ:</w:t>
            </w:r>
          </w:p>
        </w:tc>
        <w:tc>
          <w:tcPr>
            <w:tcW w:w="3436" w:type="dxa"/>
            <w:gridSpan w:val="2"/>
            <w:tcMar>
              <w:top w:w="55" w:type="dxa"/>
              <w:left w:w="55" w:type="dxa"/>
              <w:bottom w:w="55" w:type="dxa"/>
              <w:right w:w="55" w:type="dxa"/>
            </w:tcMar>
            <w:vAlign w:val="center"/>
          </w:tcPr>
          <w:p w14:paraId="0AD9C6F4" w14:textId="77777777" w:rsidR="006A1F76" w:rsidRPr="00A8702F" w:rsidRDefault="006A1F76" w:rsidP="00A8702F">
            <w:pPr>
              <w:rPr>
                <w:sz w:val="22"/>
              </w:rPr>
            </w:pPr>
          </w:p>
        </w:tc>
      </w:tr>
      <w:tr w:rsidR="00DB628E" w:rsidRPr="00A8702F" w14:paraId="711277E1" w14:textId="77777777" w:rsidTr="00DB628E">
        <w:trPr>
          <w:jc w:val="center"/>
        </w:trPr>
        <w:tc>
          <w:tcPr>
            <w:tcW w:w="810" w:type="dxa"/>
            <w:tcMar>
              <w:top w:w="55" w:type="dxa"/>
              <w:left w:w="55" w:type="dxa"/>
              <w:bottom w:w="55" w:type="dxa"/>
              <w:right w:w="55" w:type="dxa"/>
            </w:tcMar>
            <w:vAlign w:val="center"/>
          </w:tcPr>
          <w:p w14:paraId="4B1F511A" w14:textId="77777777" w:rsidR="00DB628E" w:rsidRPr="00A8702F" w:rsidRDefault="00DB628E" w:rsidP="00A8702F">
            <w:pPr>
              <w:jc w:val="center"/>
              <w:rPr>
                <w:sz w:val="22"/>
              </w:rPr>
            </w:pPr>
          </w:p>
        </w:tc>
        <w:tc>
          <w:tcPr>
            <w:tcW w:w="3721" w:type="dxa"/>
            <w:tcMar>
              <w:top w:w="55" w:type="dxa"/>
              <w:left w:w="55" w:type="dxa"/>
              <w:bottom w:w="55" w:type="dxa"/>
              <w:right w:w="55" w:type="dxa"/>
            </w:tcMar>
            <w:vAlign w:val="center"/>
          </w:tcPr>
          <w:p w14:paraId="45CC0383" w14:textId="66676F7A" w:rsidR="00DB628E" w:rsidRPr="00A8702F" w:rsidRDefault="00DB628E" w:rsidP="00A8702F">
            <w:pPr>
              <w:rPr>
                <w:sz w:val="22"/>
                <w:lang w:bidi="hi-IN"/>
              </w:rPr>
            </w:pPr>
            <w:r w:rsidRPr="00A8702F">
              <w:rPr>
                <w:sz w:val="22"/>
                <w:cs/>
              </w:rPr>
              <w:t>ਮੂਲ ਨਿਯਮਿਤ ਸੰਸਥਾ ਦਾ ਨਾਮ ਅਤੇ ਇਸਦੇ ਵਿੱਤਪੋਸ਼ਣ ਦਾ ਅਨੁਪਾਤ</w:t>
            </w:r>
          </w:p>
        </w:tc>
        <w:tc>
          <w:tcPr>
            <w:tcW w:w="4820" w:type="dxa"/>
            <w:gridSpan w:val="2"/>
            <w:tcMar>
              <w:top w:w="55" w:type="dxa"/>
              <w:left w:w="55" w:type="dxa"/>
              <w:bottom w:w="55" w:type="dxa"/>
              <w:right w:w="55" w:type="dxa"/>
            </w:tcMar>
            <w:vAlign w:val="center"/>
          </w:tcPr>
          <w:p w14:paraId="424866FA" w14:textId="29FEF2EA" w:rsidR="00DB628E" w:rsidRPr="00A8702F" w:rsidRDefault="00DB628E" w:rsidP="00A8702F">
            <w:pPr>
              <w:rPr>
                <w:sz w:val="22"/>
                <w:lang w:bidi="hi-IN"/>
              </w:rPr>
            </w:pPr>
            <w:r w:rsidRPr="00A8702F">
              <w:rPr>
                <w:sz w:val="22"/>
                <w:cs/>
              </w:rPr>
              <w:t>ਭਾਗੀਦਾਰ ਨਿਯਮਿਤ ਸੰਸਥਾ ਦਾ ਨਾਮ ਅਤੇ ਇਸਦੇ ਵਿੱਤਪੋਸ਼ਣ ਦਾ ਅਨੁਪਾਤ</w:t>
            </w:r>
          </w:p>
        </w:tc>
        <w:tc>
          <w:tcPr>
            <w:tcW w:w="1593" w:type="dxa"/>
            <w:vAlign w:val="center"/>
          </w:tcPr>
          <w:p w14:paraId="130302BF" w14:textId="5319D4B3" w:rsidR="00DB628E" w:rsidRPr="00A8702F" w:rsidRDefault="00DB628E" w:rsidP="00A8702F">
            <w:pPr>
              <w:rPr>
                <w:sz w:val="22"/>
                <w:lang w:bidi="hi-IN"/>
              </w:rPr>
            </w:pPr>
            <w:r w:rsidRPr="00A8702F">
              <w:rPr>
                <w:sz w:val="22"/>
                <w:cs/>
              </w:rPr>
              <w:t>ਮਿਸ਼ਰਤ ਵਿਆਜ ਦਰ</w:t>
            </w:r>
          </w:p>
        </w:tc>
      </w:tr>
      <w:tr w:rsidR="006A1F76" w:rsidRPr="00A8702F" w14:paraId="65F9C3DC" w14:textId="77777777" w:rsidTr="00DB628E">
        <w:trPr>
          <w:jc w:val="center"/>
        </w:trPr>
        <w:tc>
          <w:tcPr>
            <w:tcW w:w="810" w:type="dxa"/>
            <w:tcMar>
              <w:top w:w="55" w:type="dxa"/>
              <w:left w:w="55" w:type="dxa"/>
              <w:bottom w:w="55" w:type="dxa"/>
              <w:right w:w="55" w:type="dxa"/>
            </w:tcMar>
            <w:vAlign w:val="center"/>
          </w:tcPr>
          <w:p w14:paraId="5023141B" w14:textId="77777777" w:rsidR="006A1F76" w:rsidRPr="00A8702F" w:rsidRDefault="006A1F76" w:rsidP="00A8702F">
            <w:pPr>
              <w:jc w:val="center"/>
              <w:rPr>
                <w:sz w:val="22"/>
              </w:rPr>
            </w:pPr>
          </w:p>
        </w:tc>
        <w:tc>
          <w:tcPr>
            <w:tcW w:w="6698" w:type="dxa"/>
            <w:gridSpan w:val="2"/>
            <w:tcMar>
              <w:top w:w="55" w:type="dxa"/>
              <w:left w:w="55" w:type="dxa"/>
              <w:bottom w:w="55" w:type="dxa"/>
              <w:right w:w="55" w:type="dxa"/>
            </w:tcMar>
            <w:vAlign w:val="center"/>
          </w:tcPr>
          <w:p w14:paraId="1F3B1409" w14:textId="77777777" w:rsidR="006A1F76" w:rsidRPr="00A8702F" w:rsidRDefault="006A1F76" w:rsidP="00A8702F">
            <w:pPr>
              <w:rPr>
                <w:sz w:val="22"/>
              </w:rPr>
            </w:pPr>
          </w:p>
        </w:tc>
        <w:tc>
          <w:tcPr>
            <w:tcW w:w="3436" w:type="dxa"/>
            <w:gridSpan w:val="2"/>
            <w:tcMar>
              <w:top w:w="55" w:type="dxa"/>
              <w:left w:w="55" w:type="dxa"/>
              <w:bottom w:w="55" w:type="dxa"/>
              <w:right w:w="55" w:type="dxa"/>
            </w:tcMar>
            <w:vAlign w:val="center"/>
          </w:tcPr>
          <w:p w14:paraId="562C75D1" w14:textId="77777777" w:rsidR="006A1F76" w:rsidRPr="00A8702F" w:rsidRDefault="006A1F76" w:rsidP="00A8702F">
            <w:pPr>
              <w:rPr>
                <w:sz w:val="22"/>
              </w:rPr>
            </w:pPr>
          </w:p>
        </w:tc>
      </w:tr>
      <w:tr w:rsidR="006A1F76" w:rsidRPr="00A8702F" w14:paraId="4CB409DD" w14:textId="77777777" w:rsidTr="00DB628E">
        <w:trPr>
          <w:jc w:val="center"/>
        </w:trPr>
        <w:tc>
          <w:tcPr>
            <w:tcW w:w="810" w:type="dxa"/>
            <w:tcMar>
              <w:top w:w="55" w:type="dxa"/>
              <w:left w:w="55" w:type="dxa"/>
              <w:bottom w:w="55" w:type="dxa"/>
              <w:right w:w="55" w:type="dxa"/>
            </w:tcMar>
            <w:vAlign w:val="center"/>
          </w:tcPr>
          <w:p w14:paraId="1B87E3DE" w14:textId="77777777" w:rsidR="006A1F76" w:rsidRPr="00A8702F" w:rsidRDefault="00000000" w:rsidP="00A8702F">
            <w:pPr>
              <w:jc w:val="center"/>
              <w:rPr>
                <w:sz w:val="22"/>
              </w:rPr>
            </w:pPr>
            <w:r w:rsidRPr="00A8702F">
              <w:rPr>
                <w:sz w:val="22"/>
              </w:rPr>
              <w:t>6</w:t>
            </w:r>
          </w:p>
        </w:tc>
        <w:tc>
          <w:tcPr>
            <w:tcW w:w="6698" w:type="dxa"/>
            <w:gridSpan w:val="2"/>
            <w:tcMar>
              <w:top w:w="55" w:type="dxa"/>
              <w:left w:w="55" w:type="dxa"/>
              <w:bottom w:w="55" w:type="dxa"/>
              <w:right w:w="55" w:type="dxa"/>
            </w:tcMar>
            <w:vAlign w:val="center"/>
          </w:tcPr>
          <w:p w14:paraId="1545C2EC" w14:textId="5DA2096C" w:rsidR="006A1F76" w:rsidRPr="00A8702F" w:rsidRDefault="00DB628E" w:rsidP="00A8702F">
            <w:pPr>
              <w:rPr>
                <w:sz w:val="22"/>
                <w:lang w:bidi="hi-IN"/>
              </w:rPr>
            </w:pPr>
            <w:r w:rsidRPr="00A8702F">
              <w:rPr>
                <w:sz w:val="22"/>
                <w:cs/>
                <w:lang w:bidi="hi-IN"/>
              </w:rPr>
              <w:t>ਡਿਜ਼ਿਟਲ ਕਰਜ਼ ਦੇ ਮਾਮਲੇ ਵਿੱਚ ਹੇਠ ਲਿਖੀ ਖਾਸ ਜਾਣਕਾਰੀ ਦਿੱਤੀ ਜਾਵੇ:</w:t>
            </w:r>
          </w:p>
        </w:tc>
        <w:tc>
          <w:tcPr>
            <w:tcW w:w="3436" w:type="dxa"/>
            <w:gridSpan w:val="2"/>
            <w:tcMar>
              <w:top w:w="55" w:type="dxa"/>
              <w:left w:w="55" w:type="dxa"/>
              <w:bottom w:w="55" w:type="dxa"/>
              <w:right w:w="55" w:type="dxa"/>
            </w:tcMar>
            <w:vAlign w:val="center"/>
          </w:tcPr>
          <w:p w14:paraId="664355AD" w14:textId="77777777" w:rsidR="006A1F76" w:rsidRPr="00A8702F" w:rsidRDefault="006A1F76" w:rsidP="00A8702F">
            <w:pPr>
              <w:rPr>
                <w:sz w:val="22"/>
              </w:rPr>
            </w:pPr>
          </w:p>
        </w:tc>
      </w:tr>
      <w:tr w:rsidR="006A1F76" w:rsidRPr="00A8702F" w14:paraId="72B4C7B6" w14:textId="77777777" w:rsidTr="00DB628E">
        <w:trPr>
          <w:jc w:val="center"/>
        </w:trPr>
        <w:tc>
          <w:tcPr>
            <w:tcW w:w="810" w:type="dxa"/>
            <w:tcMar>
              <w:top w:w="55" w:type="dxa"/>
              <w:left w:w="55" w:type="dxa"/>
              <w:bottom w:w="55" w:type="dxa"/>
              <w:right w:w="55" w:type="dxa"/>
            </w:tcMar>
            <w:vAlign w:val="center"/>
          </w:tcPr>
          <w:p w14:paraId="35298DDC" w14:textId="77777777" w:rsidR="006A1F76" w:rsidRPr="00A8702F" w:rsidRDefault="00000000" w:rsidP="00A8702F">
            <w:pPr>
              <w:jc w:val="center"/>
              <w:rPr>
                <w:sz w:val="22"/>
              </w:rPr>
            </w:pPr>
            <w:r w:rsidRPr="00A8702F">
              <w:rPr>
                <w:sz w:val="22"/>
              </w:rPr>
              <w:t>(i)</w:t>
            </w:r>
          </w:p>
        </w:tc>
        <w:tc>
          <w:tcPr>
            <w:tcW w:w="6698" w:type="dxa"/>
            <w:gridSpan w:val="2"/>
            <w:tcMar>
              <w:top w:w="55" w:type="dxa"/>
              <w:left w:w="55" w:type="dxa"/>
              <w:bottom w:w="55" w:type="dxa"/>
              <w:right w:w="55" w:type="dxa"/>
            </w:tcMar>
            <w:vAlign w:val="center"/>
          </w:tcPr>
          <w:p w14:paraId="1C3184AB" w14:textId="4E306A98" w:rsidR="006A1F76" w:rsidRPr="00A8702F" w:rsidRDefault="00DB628E" w:rsidP="00A8702F">
            <w:pPr>
              <w:rPr>
                <w:sz w:val="22"/>
                <w:lang w:bidi="hi-IN"/>
              </w:rPr>
            </w:pPr>
            <w:r w:rsidRPr="00A8702F">
              <w:rPr>
                <w:sz w:val="22"/>
                <w:cs/>
                <w:lang w:bidi="hi-IN"/>
              </w:rPr>
              <w:t>ਨਿਯਮਿਤ ਸੰਸਥਾ ਦੇ ਡਾਇਰੈਕਟਰ ਮੰਡਲ ਦੁਆਰਾ ਮਨਜ਼ੂਰ ਨੀਤੀ ਅਨੁਸਾਰ ਕਰਜ਼ ਤੋਂ ਬਾਹਰ ਨਿਕਲਣ ਲਈ ਰਾਹਤ ਮਿਆਦ, ਜਿਸ ਦੌਰਾਨ ਕਰਜ਼ ਦਾ ਭੁਗਤਾਨ ਕਰਕੇ ਕਰਜ਼ ਬੰਦ ਕਰਨ ਤੇ ਕਰਜ਼ਦਾਰ ਤੋਂ ਕੋਈ ਵਾਧੂ ਚਾਰਜ ਨਹੀਂ ਲਿਆ ਜਾਵੇਗਾ</w:t>
            </w:r>
          </w:p>
        </w:tc>
        <w:tc>
          <w:tcPr>
            <w:tcW w:w="3436" w:type="dxa"/>
            <w:gridSpan w:val="2"/>
            <w:tcMar>
              <w:top w:w="55" w:type="dxa"/>
              <w:left w:w="55" w:type="dxa"/>
              <w:bottom w:w="55" w:type="dxa"/>
              <w:right w:w="55" w:type="dxa"/>
            </w:tcMar>
            <w:vAlign w:val="center"/>
          </w:tcPr>
          <w:p w14:paraId="1A965116" w14:textId="77777777" w:rsidR="006A1F76" w:rsidRPr="00A8702F" w:rsidRDefault="006A1F76" w:rsidP="00A8702F">
            <w:pPr>
              <w:rPr>
                <w:sz w:val="22"/>
              </w:rPr>
            </w:pPr>
          </w:p>
        </w:tc>
      </w:tr>
      <w:tr w:rsidR="006A1F76" w:rsidRPr="00A8702F" w14:paraId="38C8CB9C" w14:textId="77777777" w:rsidTr="00DB628E">
        <w:trPr>
          <w:jc w:val="center"/>
        </w:trPr>
        <w:tc>
          <w:tcPr>
            <w:tcW w:w="810" w:type="dxa"/>
            <w:tcMar>
              <w:top w:w="55" w:type="dxa"/>
              <w:left w:w="55" w:type="dxa"/>
              <w:bottom w:w="55" w:type="dxa"/>
              <w:right w:w="55" w:type="dxa"/>
            </w:tcMar>
            <w:vAlign w:val="center"/>
          </w:tcPr>
          <w:p w14:paraId="1617E647" w14:textId="77777777" w:rsidR="006A1F76" w:rsidRPr="00A8702F" w:rsidRDefault="00000000" w:rsidP="00A8702F">
            <w:pPr>
              <w:jc w:val="center"/>
              <w:rPr>
                <w:sz w:val="22"/>
              </w:rPr>
            </w:pPr>
            <w:r w:rsidRPr="00A8702F">
              <w:rPr>
                <w:sz w:val="22"/>
              </w:rPr>
              <w:t>(ii)</w:t>
            </w:r>
          </w:p>
        </w:tc>
        <w:tc>
          <w:tcPr>
            <w:tcW w:w="6698" w:type="dxa"/>
            <w:gridSpan w:val="2"/>
            <w:tcMar>
              <w:top w:w="55" w:type="dxa"/>
              <w:left w:w="55" w:type="dxa"/>
              <w:bottom w:w="55" w:type="dxa"/>
              <w:right w:w="55" w:type="dxa"/>
            </w:tcMar>
            <w:vAlign w:val="center"/>
          </w:tcPr>
          <w:p w14:paraId="45FAD801" w14:textId="23431B99" w:rsidR="006A1F76" w:rsidRPr="00A8702F" w:rsidRDefault="00DB628E" w:rsidP="00A8702F">
            <w:pPr>
              <w:rPr>
                <w:sz w:val="22"/>
                <w:lang w:bidi="hi-IN"/>
              </w:rPr>
            </w:pPr>
            <w:r w:rsidRPr="00A8702F">
              <w:rPr>
                <w:sz w:val="22"/>
                <w:cs/>
                <w:lang w:bidi="hi-IN"/>
              </w:rPr>
              <w:t>वसूली अभिਕर्ता ਕे रूप में ਕार्य ਕरने वाले तथा उधारਕर्ता से संपर्ਕ ਕरने ਕे लिए अधिਕृत ऋण सेवा प्रदाता ਕा ਵੇਰਵਾ</w:t>
            </w:r>
          </w:p>
        </w:tc>
        <w:tc>
          <w:tcPr>
            <w:tcW w:w="3436" w:type="dxa"/>
            <w:gridSpan w:val="2"/>
            <w:tcMar>
              <w:top w:w="55" w:type="dxa"/>
              <w:left w:w="55" w:type="dxa"/>
              <w:bottom w:w="55" w:type="dxa"/>
              <w:right w:w="55" w:type="dxa"/>
            </w:tcMar>
            <w:vAlign w:val="center"/>
          </w:tcPr>
          <w:p w14:paraId="7DF4E37C" w14:textId="77777777" w:rsidR="006A1F76" w:rsidRPr="00A8702F" w:rsidRDefault="006A1F76" w:rsidP="00A8702F">
            <w:pPr>
              <w:rPr>
                <w:sz w:val="22"/>
              </w:rPr>
            </w:pPr>
          </w:p>
        </w:tc>
      </w:tr>
    </w:tbl>
    <w:p w14:paraId="44FB30F8" w14:textId="42665437" w:rsidR="006A1F76" w:rsidRPr="00A8702F" w:rsidRDefault="00000000" w:rsidP="00A8702F">
      <w:pPr>
        <w:spacing w:line="240" w:lineRule="auto"/>
        <w:rPr>
          <w:sz w:val="22"/>
        </w:rPr>
      </w:pPr>
      <w:r w:rsidRPr="00C17ABA">
        <w:rPr>
          <w:sz w:val="18"/>
          <w:szCs w:val="18"/>
        </w:rPr>
        <w:t xml:space="preserve">⁷ ਨਿਯਮਿਤ ਸੰਸਥਾ ਇੱਕ ਸਧਾਰਨ ਈ-ਮੇਲ ਪਤਾ ਦੇ ਸਕਦੀ ਹੈ, ਬਸ਼ਰਤੇ ਉਸ ਤੇ ਪ੍ਰਾਪਤ ਸ਼ਿਕਾਇਤ ਜਾਂ ਬੇਨਤੀ ਦਾ ਜਵਾਬ 1 ਕਾਰਜ ਦਿਨ ਦੇ ਅੰਦਰ ਦਿੱਤਾ ਜਾਵੇ। </w:t>
      </w:r>
    </w:p>
    <w:p w14:paraId="7B9DBC0A" w14:textId="77777777" w:rsidR="006A1F76" w:rsidRPr="00A8702F" w:rsidRDefault="00000000" w:rsidP="00A8702F">
      <w:pPr>
        <w:spacing w:after="80" w:line="240" w:lineRule="auto"/>
        <w:jc w:val="center"/>
        <w:rPr>
          <w:sz w:val="22"/>
        </w:rPr>
      </w:pPr>
      <w:r w:rsidRPr="00A8702F">
        <w:rPr>
          <w:b/>
          <w:sz w:val="22"/>
        </w:rPr>
        <w:t>ਅਨੁਬੰਧ ਖ</w:t>
      </w:r>
    </w:p>
    <w:p w14:paraId="38ED22EA" w14:textId="77777777" w:rsidR="006A1F76" w:rsidRPr="00A8702F" w:rsidRDefault="00000000" w:rsidP="00A8702F">
      <w:pPr>
        <w:spacing w:after="80" w:line="240" w:lineRule="auto"/>
        <w:jc w:val="center"/>
        <w:rPr>
          <w:sz w:val="22"/>
        </w:rPr>
      </w:pPr>
      <w:r w:rsidRPr="00A8702F">
        <w:rPr>
          <w:b/>
          <w:sz w:val="22"/>
        </w:rPr>
        <w:t>ਪ੍ਰਚੂਨ ਅਤੇ ਸੂਖਮ, ਲਘੂ ਅਤੇ ਦਰਮਿਆਨੇ ਉਦਯੋਗ ਕਰਜ਼ਿਆਂ ਲਈ ਏਪੀਆਰ ਦੀ ਗਣਨਾ ਦੀ ਉਦਾਹਰਨ</w:t>
      </w:r>
    </w:p>
    <w:tbl>
      <w:tblPr>
        <w:tblStyle w:val="TableGrid"/>
        <w:tblW w:w="10960" w:type="dxa"/>
        <w:tblLook w:val="04A0" w:firstRow="1" w:lastRow="0" w:firstColumn="1" w:lastColumn="0" w:noHBand="0" w:noVBand="1"/>
      </w:tblPr>
      <w:tblGrid>
        <w:gridCol w:w="846"/>
        <w:gridCol w:w="7787"/>
        <w:gridCol w:w="2327"/>
      </w:tblGrid>
      <w:tr w:rsidR="00A8702F" w:rsidRPr="00A8702F" w14:paraId="75027ED0" w14:textId="77777777" w:rsidTr="00A8702F">
        <w:trPr>
          <w:trHeight w:val="81"/>
        </w:trPr>
        <w:tc>
          <w:tcPr>
            <w:tcW w:w="846" w:type="dxa"/>
            <w:shd w:val="clear" w:color="auto" w:fill="C6D9F1" w:themeFill="text2" w:themeFillTint="33"/>
            <w:hideMark/>
          </w:tcPr>
          <w:p w14:paraId="722D5604" w14:textId="77777777" w:rsidR="00A8702F" w:rsidRPr="00A8702F" w:rsidRDefault="00A8702F" w:rsidP="00A8702F">
            <w:pPr>
              <w:rPr>
                <w:b/>
                <w:bCs/>
                <w:sz w:val="22"/>
                <w:lang w:val="en-IN"/>
              </w:rPr>
            </w:pPr>
            <w:r w:rsidRPr="00A8702F">
              <w:rPr>
                <w:b/>
                <w:bCs/>
                <w:sz w:val="22"/>
                <w:cs/>
                <w:lang w:bidi="mr-IN"/>
              </w:rPr>
              <w:t>ਕ੍ਰਮ ਨੰਬਰ</w:t>
            </w:r>
          </w:p>
        </w:tc>
        <w:tc>
          <w:tcPr>
            <w:tcW w:w="7787" w:type="dxa"/>
            <w:shd w:val="clear" w:color="auto" w:fill="C6D9F1" w:themeFill="text2" w:themeFillTint="33"/>
            <w:hideMark/>
          </w:tcPr>
          <w:p w14:paraId="5049D149" w14:textId="77777777" w:rsidR="00A8702F" w:rsidRPr="00A8702F" w:rsidRDefault="00A8702F" w:rsidP="00A8702F">
            <w:pPr>
              <w:jc w:val="both"/>
              <w:rPr>
                <w:b/>
                <w:bCs/>
                <w:sz w:val="22"/>
                <w:lang w:val="en-IN"/>
              </w:rPr>
            </w:pPr>
            <w:r w:rsidRPr="00A8702F">
              <w:rPr>
                <w:b/>
                <w:bCs/>
                <w:sz w:val="22"/>
                <w:cs/>
                <w:lang w:bidi="mr-IN"/>
              </w:rPr>
              <w:t>ਮਾਪਦੰਡ</w:t>
            </w:r>
          </w:p>
        </w:tc>
        <w:tc>
          <w:tcPr>
            <w:tcW w:w="0" w:type="auto"/>
            <w:shd w:val="clear" w:color="auto" w:fill="C6D9F1" w:themeFill="text2" w:themeFillTint="33"/>
            <w:hideMark/>
          </w:tcPr>
          <w:p w14:paraId="3AEEC4D9" w14:textId="77777777" w:rsidR="00A8702F" w:rsidRPr="00A8702F" w:rsidRDefault="00A8702F" w:rsidP="00A8702F">
            <w:pPr>
              <w:jc w:val="right"/>
              <w:rPr>
                <w:b/>
                <w:bCs/>
                <w:sz w:val="22"/>
                <w:lang w:val="en-IN"/>
              </w:rPr>
            </w:pPr>
            <w:r w:rsidRPr="00A8702F">
              <w:rPr>
                <w:b/>
                <w:bCs/>
                <w:sz w:val="22"/>
                <w:cs/>
                <w:lang w:bidi="mr-IN"/>
              </w:rPr>
              <w:t>ਵੇਰਵਾ</w:t>
            </w:r>
          </w:p>
        </w:tc>
      </w:tr>
      <w:tr w:rsidR="00A8702F" w:rsidRPr="00A8702F" w14:paraId="0DBB9A1A" w14:textId="77777777" w:rsidTr="00A8702F">
        <w:trPr>
          <w:trHeight w:val="81"/>
        </w:trPr>
        <w:tc>
          <w:tcPr>
            <w:tcW w:w="846" w:type="dxa"/>
            <w:hideMark/>
          </w:tcPr>
          <w:p w14:paraId="7BC7E46D" w14:textId="77777777" w:rsidR="00A8702F" w:rsidRPr="00A8702F" w:rsidRDefault="00A8702F" w:rsidP="00A8702F">
            <w:pPr>
              <w:rPr>
                <w:sz w:val="22"/>
                <w:lang w:val="en-IN"/>
              </w:rPr>
            </w:pPr>
            <w:r w:rsidRPr="00A8702F">
              <w:rPr>
                <w:sz w:val="22"/>
                <w:lang w:val="en-IN"/>
              </w:rPr>
              <w:t>1</w:t>
            </w:r>
          </w:p>
        </w:tc>
        <w:tc>
          <w:tcPr>
            <w:tcW w:w="7787" w:type="dxa"/>
            <w:hideMark/>
          </w:tcPr>
          <w:p w14:paraId="3E9314F8" w14:textId="77777777" w:rsidR="00A8702F" w:rsidRPr="00A8702F" w:rsidRDefault="00A8702F" w:rsidP="00A8702F">
            <w:pPr>
              <w:jc w:val="both"/>
              <w:rPr>
                <w:sz w:val="22"/>
                <w:lang w:val="en-IN"/>
              </w:rPr>
            </w:pPr>
            <w:r w:rsidRPr="00A8702F">
              <w:rPr>
                <w:sz w:val="22"/>
                <w:cs/>
                <w:lang w:bidi="mr-IN"/>
              </w:rPr>
              <w:t>ਮਨਜ਼ੂਰ ਕਰਜ਼ ਰਕਮ (ਰੁਪਏ ਵਿੱਚ) (ਮੁੱਖ ਤੱਥ ਵੇਰਵਾ ਕे भाग 1 ਕी ਕ੍ਰਮ ਨੰਬਰ 2)</w:t>
            </w:r>
          </w:p>
        </w:tc>
        <w:tc>
          <w:tcPr>
            <w:tcW w:w="0" w:type="auto"/>
            <w:hideMark/>
          </w:tcPr>
          <w:p w14:paraId="2B98532C" w14:textId="77777777" w:rsidR="00A8702F" w:rsidRPr="00A8702F" w:rsidRDefault="00A8702F" w:rsidP="00A8702F">
            <w:pPr>
              <w:jc w:val="right"/>
              <w:rPr>
                <w:sz w:val="22"/>
                <w:lang w:val="en-IN"/>
              </w:rPr>
            </w:pPr>
            <w:r w:rsidRPr="00A8702F">
              <w:rPr>
                <w:sz w:val="22"/>
                <w:lang w:val="en-IN"/>
              </w:rPr>
              <w:t>20,000</w:t>
            </w:r>
          </w:p>
        </w:tc>
      </w:tr>
      <w:tr w:rsidR="00A8702F" w:rsidRPr="00A8702F" w14:paraId="0D8D04FA" w14:textId="77777777" w:rsidTr="00A8702F">
        <w:trPr>
          <w:trHeight w:val="81"/>
        </w:trPr>
        <w:tc>
          <w:tcPr>
            <w:tcW w:w="846" w:type="dxa"/>
            <w:hideMark/>
          </w:tcPr>
          <w:p w14:paraId="7113861F" w14:textId="77777777" w:rsidR="00A8702F" w:rsidRPr="00A8702F" w:rsidRDefault="00A8702F" w:rsidP="00A8702F">
            <w:pPr>
              <w:rPr>
                <w:sz w:val="22"/>
                <w:lang w:val="en-IN"/>
              </w:rPr>
            </w:pPr>
            <w:r w:rsidRPr="00A8702F">
              <w:rPr>
                <w:sz w:val="22"/>
                <w:lang w:val="en-IN"/>
              </w:rPr>
              <w:t>2</w:t>
            </w:r>
          </w:p>
        </w:tc>
        <w:tc>
          <w:tcPr>
            <w:tcW w:w="7787" w:type="dxa"/>
            <w:hideMark/>
          </w:tcPr>
          <w:p w14:paraId="150D59B0" w14:textId="77777777" w:rsidR="00A8702F" w:rsidRPr="00A8702F" w:rsidRDefault="00A8702F" w:rsidP="00A8702F">
            <w:pPr>
              <w:jc w:val="both"/>
              <w:rPr>
                <w:sz w:val="22"/>
                <w:lang w:val="en-IN"/>
              </w:rPr>
            </w:pPr>
            <w:r w:rsidRPr="00A8702F">
              <w:rPr>
                <w:sz w:val="22"/>
                <w:cs/>
                <w:lang w:bidi="mr-IN"/>
              </w:rPr>
              <w:t>ऋण अवधि, वर्ष/माह/दिन में (ਮੁੱਖ ਤੱਥ ਵੇਰਵਾ ਕे भाग 1 ਕी ਕ੍ਰਮ ਨੰਬਰ 4)</w:t>
            </w:r>
          </w:p>
        </w:tc>
        <w:tc>
          <w:tcPr>
            <w:tcW w:w="0" w:type="auto"/>
            <w:hideMark/>
          </w:tcPr>
          <w:p w14:paraId="3C366352" w14:textId="77777777" w:rsidR="00A8702F" w:rsidRPr="00A8702F" w:rsidRDefault="00A8702F" w:rsidP="00A8702F">
            <w:pPr>
              <w:jc w:val="right"/>
              <w:rPr>
                <w:sz w:val="22"/>
                <w:lang w:val="en-IN"/>
              </w:rPr>
            </w:pPr>
          </w:p>
        </w:tc>
      </w:tr>
      <w:tr w:rsidR="00A8702F" w:rsidRPr="00A8702F" w14:paraId="374AB180" w14:textId="77777777" w:rsidTr="00A8702F">
        <w:trPr>
          <w:trHeight w:val="81"/>
        </w:trPr>
        <w:tc>
          <w:tcPr>
            <w:tcW w:w="846" w:type="dxa"/>
            <w:hideMark/>
          </w:tcPr>
          <w:p w14:paraId="7604A988" w14:textId="77777777" w:rsidR="00A8702F" w:rsidRPr="00A8702F" w:rsidRDefault="00A8702F" w:rsidP="00A8702F">
            <w:pPr>
              <w:rPr>
                <w:sz w:val="22"/>
                <w:lang w:val="en-IN"/>
              </w:rPr>
            </w:pPr>
            <w:r w:rsidRPr="00A8702F">
              <w:rPr>
                <w:sz w:val="22"/>
                <w:lang w:val="en-IN"/>
              </w:rPr>
              <w:t>(ਕ)</w:t>
            </w:r>
          </w:p>
        </w:tc>
        <w:tc>
          <w:tcPr>
            <w:tcW w:w="7787" w:type="dxa"/>
            <w:hideMark/>
          </w:tcPr>
          <w:p w14:paraId="2BE8C7E2" w14:textId="77777777" w:rsidR="00A8702F" w:rsidRPr="00A8702F" w:rsidRDefault="00A8702F" w:rsidP="00A8702F">
            <w:pPr>
              <w:jc w:val="both"/>
              <w:rPr>
                <w:sz w:val="22"/>
                <w:lang w:val="en-IN"/>
              </w:rPr>
            </w:pPr>
            <w:r w:rsidRPr="00A8702F">
              <w:rPr>
                <w:sz w:val="22"/>
                <w:cs/>
                <w:lang w:bidi="mr-IN"/>
              </w:rPr>
              <w:t>ਗੈਰ-ਬਰਾਬਰ ਆਵਰਤੀ ਕਿਸ਼ਤਾਂ ਵਾਲੇ ਕਰਜ਼ਿਆਂ ਦੇ ਮਾਮਲੇ ਵਿੱਚ ਮੂਲਧਨ ਦੇ ਭੁਗਤਾਨ ਲਈ ਕਿਸ਼ਤਾਂ ਦੀ ਗਿਣਤੀ</w:t>
            </w:r>
          </w:p>
        </w:tc>
        <w:tc>
          <w:tcPr>
            <w:tcW w:w="0" w:type="auto"/>
            <w:hideMark/>
          </w:tcPr>
          <w:p w14:paraId="1C48FE26" w14:textId="77777777" w:rsidR="00A8702F" w:rsidRPr="00A8702F" w:rsidRDefault="00A8702F" w:rsidP="00A8702F">
            <w:pPr>
              <w:jc w:val="right"/>
              <w:rPr>
                <w:sz w:val="22"/>
                <w:lang w:val="en-IN"/>
              </w:rPr>
            </w:pPr>
            <w:r w:rsidRPr="00A8702F">
              <w:rPr>
                <w:sz w:val="22"/>
                <w:lang w:val="en-IN"/>
              </w:rPr>
              <w:t>-</w:t>
            </w:r>
          </w:p>
        </w:tc>
      </w:tr>
      <w:tr w:rsidR="00A8702F" w:rsidRPr="00A8702F" w14:paraId="4259F01B" w14:textId="77777777" w:rsidTr="00A8702F">
        <w:trPr>
          <w:trHeight w:val="81"/>
        </w:trPr>
        <w:tc>
          <w:tcPr>
            <w:tcW w:w="846" w:type="dxa"/>
            <w:hideMark/>
          </w:tcPr>
          <w:p w14:paraId="47885018" w14:textId="77777777" w:rsidR="00A8702F" w:rsidRPr="00A8702F" w:rsidRDefault="00A8702F" w:rsidP="00A8702F">
            <w:pPr>
              <w:rPr>
                <w:sz w:val="22"/>
                <w:lang w:val="en-IN"/>
              </w:rPr>
            </w:pPr>
            <w:r w:rsidRPr="00A8702F">
              <w:rPr>
                <w:sz w:val="22"/>
                <w:lang w:val="en-IN"/>
              </w:rPr>
              <w:t>(ਖ)</w:t>
            </w:r>
          </w:p>
        </w:tc>
        <w:tc>
          <w:tcPr>
            <w:tcW w:w="7787" w:type="dxa"/>
            <w:hideMark/>
          </w:tcPr>
          <w:p w14:paraId="53758554" w14:textId="77777777" w:rsidR="00A8702F" w:rsidRPr="00A8702F" w:rsidRDefault="00A8702F" w:rsidP="00A8702F">
            <w:pPr>
              <w:jc w:val="both"/>
              <w:rPr>
                <w:sz w:val="22"/>
                <w:lang w:val="en-IN"/>
              </w:rPr>
            </w:pPr>
            <w:r w:rsidRPr="00A8702F">
              <w:rPr>
                <w:sz w:val="22"/>
                <w:cs/>
                <w:lang w:bidi="mr-IN"/>
              </w:rPr>
              <w:t>समान आवधिਕ ਕਿਸ਼ਤ ਦੀ ਕਿਸਮ</w:t>
            </w:r>
          </w:p>
        </w:tc>
        <w:tc>
          <w:tcPr>
            <w:tcW w:w="0" w:type="auto"/>
            <w:hideMark/>
          </w:tcPr>
          <w:p w14:paraId="5E88D4D6" w14:textId="77777777" w:rsidR="00A8702F" w:rsidRPr="00A8702F" w:rsidRDefault="00A8702F" w:rsidP="00A8702F">
            <w:pPr>
              <w:jc w:val="right"/>
              <w:rPr>
                <w:sz w:val="22"/>
                <w:lang w:val="en-IN"/>
              </w:rPr>
            </w:pPr>
            <w:r w:rsidRPr="00A8702F">
              <w:rPr>
                <w:sz w:val="22"/>
                <w:cs/>
                <w:lang w:bidi="mr-IN"/>
              </w:rPr>
              <w:t>ਮਾਸਿਕ</w:t>
            </w:r>
          </w:p>
        </w:tc>
      </w:tr>
      <w:tr w:rsidR="00A8702F" w:rsidRPr="00A8702F" w14:paraId="5EABBDED" w14:textId="77777777" w:rsidTr="00A8702F">
        <w:trPr>
          <w:trHeight w:val="81"/>
        </w:trPr>
        <w:tc>
          <w:tcPr>
            <w:tcW w:w="846" w:type="dxa"/>
            <w:hideMark/>
          </w:tcPr>
          <w:p w14:paraId="0F5D17E6" w14:textId="77777777" w:rsidR="00A8702F" w:rsidRPr="00A8702F" w:rsidRDefault="00A8702F" w:rsidP="00A8702F">
            <w:pPr>
              <w:rPr>
                <w:sz w:val="22"/>
                <w:lang w:val="en-IN"/>
              </w:rPr>
            </w:pPr>
          </w:p>
        </w:tc>
        <w:tc>
          <w:tcPr>
            <w:tcW w:w="7787" w:type="dxa"/>
            <w:hideMark/>
          </w:tcPr>
          <w:p w14:paraId="016A8F1A" w14:textId="77777777" w:rsidR="00A8702F" w:rsidRPr="00A8702F" w:rsidRDefault="00A8702F" w:rsidP="00A8702F">
            <w:pPr>
              <w:jc w:val="both"/>
              <w:rPr>
                <w:sz w:val="22"/>
                <w:lang w:val="en-IN"/>
              </w:rPr>
            </w:pPr>
            <w:r w:rsidRPr="00A8702F">
              <w:rPr>
                <w:sz w:val="22"/>
                <w:cs/>
                <w:lang w:bidi="mr-IN"/>
              </w:rPr>
              <w:t>ਹਰੇਕ ਬਰਾਬਰ ਆਵਰਤੀ ਕਿਸ਼ਤ ਦੀ ਰਕਮ (ਰੁਪਏ ਵਿੱਚ)</w:t>
            </w:r>
          </w:p>
        </w:tc>
        <w:tc>
          <w:tcPr>
            <w:tcW w:w="0" w:type="auto"/>
            <w:hideMark/>
          </w:tcPr>
          <w:p w14:paraId="700082ED" w14:textId="77777777" w:rsidR="00A8702F" w:rsidRPr="00A8702F" w:rsidRDefault="00A8702F" w:rsidP="00A8702F">
            <w:pPr>
              <w:jc w:val="right"/>
              <w:rPr>
                <w:sz w:val="22"/>
                <w:lang w:val="en-IN"/>
              </w:rPr>
            </w:pPr>
            <w:r w:rsidRPr="00A8702F">
              <w:rPr>
                <w:sz w:val="22"/>
                <w:lang w:val="en-IN"/>
              </w:rPr>
              <w:t>970</w:t>
            </w:r>
          </w:p>
        </w:tc>
      </w:tr>
      <w:tr w:rsidR="00A8702F" w:rsidRPr="00A8702F" w14:paraId="070570B0" w14:textId="77777777" w:rsidTr="00A8702F">
        <w:trPr>
          <w:trHeight w:val="81"/>
        </w:trPr>
        <w:tc>
          <w:tcPr>
            <w:tcW w:w="846" w:type="dxa"/>
            <w:hideMark/>
          </w:tcPr>
          <w:p w14:paraId="7DA20DD4" w14:textId="77777777" w:rsidR="00A8702F" w:rsidRPr="00A8702F" w:rsidRDefault="00A8702F" w:rsidP="00A8702F">
            <w:pPr>
              <w:rPr>
                <w:sz w:val="22"/>
                <w:lang w:val="en-IN"/>
              </w:rPr>
            </w:pPr>
          </w:p>
        </w:tc>
        <w:tc>
          <w:tcPr>
            <w:tcW w:w="7787" w:type="dxa"/>
            <w:hideMark/>
          </w:tcPr>
          <w:p w14:paraId="4CF96AF6" w14:textId="77777777" w:rsidR="00A8702F" w:rsidRPr="00A8702F" w:rsidRDefault="00A8702F" w:rsidP="00A8702F">
            <w:pPr>
              <w:jc w:val="both"/>
              <w:rPr>
                <w:sz w:val="22"/>
                <w:lang w:val="en-IN"/>
              </w:rPr>
            </w:pPr>
            <w:r w:rsidRPr="00A8702F">
              <w:rPr>
                <w:sz w:val="22"/>
                <w:cs/>
                <w:lang w:bidi="mr-IN"/>
              </w:rPr>
              <w:t>समान आवधिਕ ਕिस्तों ਕी संਖ्या, जैसे ਮਾਸਿਕ ਕिस्तों ਕे मामले में समान ਮਾਸਿਕ ਕिस्तों ਕी संਖ्या (ਮੁੱਖ ਤੱਥ ਵੇਰਵਾ ਕे भाग 1 ਕी ਕ੍ਰਮ ਨੰਬਰ 5)</w:t>
            </w:r>
          </w:p>
        </w:tc>
        <w:tc>
          <w:tcPr>
            <w:tcW w:w="0" w:type="auto"/>
            <w:hideMark/>
          </w:tcPr>
          <w:p w14:paraId="17893D68" w14:textId="77777777" w:rsidR="00A8702F" w:rsidRPr="00A8702F" w:rsidRDefault="00A8702F" w:rsidP="00A8702F">
            <w:pPr>
              <w:jc w:val="right"/>
              <w:rPr>
                <w:sz w:val="22"/>
                <w:lang w:val="en-IN"/>
              </w:rPr>
            </w:pPr>
            <w:r w:rsidRPr="00A8702F">
              <w:rPr>
                <w:sz w:val="22"/>
                <w:lang w:val="en-IN"/>
              </w:rPr>
              <w:t>24</w:t>
            </w:r>
          </w:p>
        </w:tc>
      </w:tr>
      <w:tr w:rsidR="00A8702F" w:rsidRPr="00A8702F" w14:paraId="1ACD79D6" w14:textId="77777777" w:rsidTr="00A8702F">
        <w:trPr>
          <w:trHeight w:val="81"/>
        </w:trPr>
        <w:tc>
          <w:tcPr>
            <w:tcW w:w="846" w:type="dxa"/>
            <w:hideMark/>
          </w:tcPr>
          <w:p w14:paraId="76C0C25C" w14:textId="77777777" w:rsidR="00A8702F" w:rsidRPr="00A8702F" w:rsidRDefault="00A8702F" w:rsidP="00A8702F">
            <w:pPr>
              <w:rPr>
                <w:sz w:val="22"/>
                <w:lang w:val="en-IN"/>
              </w:rPr>
            </w:pPr>
            <w:r w:rsidRPr="00A8702F">
              <w:rPr>
                <w:sz w:val="22"/>
                <w:lang w:val="en-IN"/>
              </w:rPr>
              <w:t>(ਗ)</w:t>
            </w:r>
          </w:p>
        </w:tc>
        <w:tc>
          <w:tcPr>
            <w:tcW w:w="7787" w:type="dxa"/>
            <w:hideMark/>
          </w:tcPr>
          <w:p w14:paraId="5BED4CFD" w14:textId="77777777" w:rsidR="00A8702F" w:rsidRPr="00A8702F" w:rsidRDefault="00A8702F" w:rsidP="00A8702F">
            <w:pPr>
              <w:jc w:val="both"/>
              <w:rPr>
                <w:sz w:val="22"/>
                <w:lang w:val="en-IN"/>
              </w:rPr>
            </w:pPr>
            <w:r w:rsidRPr="00A8702F">
              <w:rPr>
                <w:sz w:val="22"/>
                <w:cs/>
                <w:lang w:bidi="mr-IN"/>
              </w:rPr>
              <w:t>ਪੂੰਜੀਕ੍ਰਿਤ ਵਿਆਜ ਦੇ ਭੁਗਤਾਨ ਲਈ ਕਿਸ਼ਤਾਂ ਦੀ ਗਿਣਤੀ, ਜੇ ਕੋਈ ਹੋਵੇ</w:t>
            </w:r>
          </w:p>
        </w:tc>
        <w:tc>
          <w:tcPr>
            <w:tcW w:w="0" w:type="auto"/>
            <w:hideMark/>
          </w:tcPr>
          <w:p w14:paraId="39AF72A2" w14:textId="77777777" w:rsidR="00A8702F" w:rsidRPr="00A8702F" w:rsidRDefault="00A8702F" w:rsidP="00A8702F">
            <w:pPr>
              <w:jc w:val="right"/>
              <w:rPr>
                <w:sz w:val="22"/>
                <w:lang w:val="en-IN"/>
              </w:rPr>
            </w:pPr>
            <w:r w:rsidRPr="00A8702F">
              <w:rPr>
                <w:sz w:val="22"/>
                <w:lang w:val="en-IN"/>
              </w:rPr>
              <w:t>-</w:t>
            </w:r>
          </w:p>
        </w:tc>
      </w:tr>
      <w:tr w:rsidR="00A8702F" w:rsidRPr="00A8702F" w14:paraId="2832762E" w14:textId="77777777" w:rsidTr="00A8702F">
        <w:trPr>
          <w:trHeight w:val="81"/>
        </w:trPr>
        <w:tc>
          <w:tcPr>
            <w:tcW w:w="846" w:type="dxa"/>
            <w:hideMark/>
          </w:tcPr>
          <w:p w14:paraId="57C7B712" w14:textId="77777777" w:rsidR="00A8702F" w:rsidRPr="00A8702F" w:rsidRDefault="00A8702F" w:rsidP="00A8702F">
            <w:pPr>
              <w:rPr>
                <w:sz w:val="22"/>
                <w:lang w:val="en-IN"/>
              </w:rPr>
            </w:pPr>
            <w:r w:rsidRPr="00A8702F">
              <w:rPr>
                <w:sz w:val="22"/>
                <w:lang w:val="en-IN"/>
              </w:rPr>
              <w:t>(ਘ)</w:t>
            </w:r>
          </w:p>
        </w:tc>
        <w:tc>
          <w:tcPr>
            <w:tcW w:w="7787" w:type="dxa"/>
            <w:hideMark/>
          </w:tcPr>
          <w:p w14:paraId="23C70D73" w14:textId="77777777" w:rsidR="00A8702F" w:rsidRPr="00A8702F" w:rsidRDefault="00A8702F" w:rsidP="00A8702F">
            <w:pPr>
              <w:jc w:val="both"/>
              <w:rPr>
                <w:sz w:val="22"/>
                <w:lang w:val="en-IN"/>
              </w:rPr>
            </w:pPr>
            <w:r w:rsidRPr="00A8702F">
              <w:rPr>
                <w:sz w:val="22"/>
                <w:cs/>
                <w:lang w:bidi="mr-IN"/>
              </w:rPr>
              <w:t>स्वीਕृति ਕे बाद पुनर्भुगतान प्रारंभ होने ਕी अवधि (ਮੁੱਖ ਤੱਥ ਵੇਰਵਾ ਕे भाग 1 ਕी ਕ੍ਰਮ ਨੰਬਰ 5)</w:t>
            </w:r>
          </w:p>
        </w:tc>
        <w:tc>
          <w:tcPr>
            <w:tcW w:w="0" w:type="auto"/>
            <w:hideMark/>
          </w:tcPr>
          <w:p w14:paraId="265BBB70" w14:textId="77777777" w:rsidR="00A8702F" w:rsidRPr="00A8702F" w:rsidRDefault="00A8702F" w:rsidP="00A8702F">
            <w:pPr>
              <w:jc w:val="right"/>
              <w:rPr>
                <w:sz w:val="22"/>
                <w:lang w:val="en-IN"/>
              </w:rPr>
            </w:pPr>
            <w:r w:rsidRPr="00A8702F">
              <w:rPr>
                <w:sz w:val="22"/>
                <w:lang w:val="en-IN"/>
              </w:rPr>
              <w:t>30 ਦਿਨ</w:t>
            </w:r>
          </w:p>
        </w:tc>
      </w:tr>
      <w:tr w:rsidR="00A8702F" w:rsidRPr="00A8702F" w14:paraId="73375D3A" w14:textId="77777777" w:rsidTr="00A8702F">
        <w:trPr>
          <w:trHeight w:val="81"/>
        </w:trPr>
        <w:tc>
          <w:tcPr>
            <w:tcW w:w="846" w:type="dxa"/>
            <w:hideMark/>
          </w:tcPr>
          <w:p w14:paraId="32EC88EB" w14:textId="77777777" w:rsidR="00A8702F" w:rsidRPr="00A8702F" w:rsidRDefault="00A8702F" w:rsidP="00A8702F">
            <w:pPr>
              <w:rPr>
                <w:sz w:val="22"/>
                <w:lang w:val="en-IN"/>
              </w:rPr>
            </w:pPr>
            <w:r w:rsidRPr="00A8702F">
              <w:rPr>
                <w:sz w:val="22"/>
                <w:lang w:val="en-IN"/>
              </w:rPr>
              <w:t>3</w:t>
            </w:r>
          </w:p>
        </w:tc>
        <w:tc>
          <w:tcPr>
            <w:tcW w:w="7787" w:type="dxa"/>
            <w:hideMark/>
          </w:tcPr>
          <w:p w14:paraId="374D80C7" w14:textId="77777777" w:rsidR="00A8702F" w:rsidRPr="00A8702F" w:rsidRDefault="00A8702F" w:rsidP="00A8702F">
            <w:pPr>
              <w:jc w:val="both"/>
              <w:rPr>
                <w:sz w:val="22"/>
                <w:lang w:val="en-IN"/>
              </w:rPr>
            </w:pPr>
            <w:r w:rsidRPr="00A8702F">
              <w:rPr>
                <w:sz w:val="22"/>
                <w:cs/>
                <w:lang w:bidi="mr-IN"/>
              </w:rPr>
              <w:t>ब्याज दर ਕा प्रਕार, अर्थात ਸਥਿਰ, परिवर्ती अथवा मिश्रित (ਮੁੱਖ ਤੱਥ ਵੇਰਵਾ ਕे भाग 1 ਕी ਕ੍ਰਮ ਨੰਬਰ 6)</w:t>
            </w:r>
          </w:p>
        </w:tc>
        <w:tc>
          <w:tcPr>
            <w:tcW w:w="0" w:type="auto"/>
            <w:hideMark/>
          </w:tcPr>
          <w:p w14:paraId="3352313A" w14:textId="77777777" w:rsidR="00A8702F" w:rsidRPr="00A8702F" w:rsidRDefault="00A8702F" w:rsidP="00A8702F">
            <w:pPr>
              <w:jc w:val="right"/>
              <w:rPr>
                <w:sz w:val="22"/>
                <w:lang w:val="en-IN"/>
              </w:rPr>
            </w:pPr>
            <w:r w:rsidRPr="00A8702F">
              <w:rPr>
                <w:sz w:val="22"/>
                <w:cs/>
                <w:lang w:bidi="mr-IN"/>
              </w:rPr>
              <w:t>ਸਥਿਰ</w:t>
            </w:r>
          </w:p>
        </w:tc>
      </w:tr>
      <w:tr w:rsidR="00A8702F" w:rsidRPr="00A8702F" w14:paraId="0363F804" w14:textId="77777777" w:rsidTr="00A8702F">
        <w:trPr>
          <w:trHeight w:val="81"/>
        </w:trPr>
        <w:tc>
          <w:tcPr>
            <w:tcW w:w="846" w:type="dxa"/>
            <w:hideMark/>
          </w:tcPr>
          <w:p w14:paraId="2E006E23" w14:textId="77777777" w:rsidR="00A8702F" w:rsidRPr="00A8702F" w:rsidRDefault="00A8702F" w:rsidP="00A8702F">
            <w:pPr>
              <w:rPr>
                <w:sz w:val="22"/>
                <w:lang w:val="en-IN"/>
              </w:rPr>
            </w:pPr>
            <w:r w:rsidRPr="00A8702F">
              <w:rPr>
                <w:sz w:val="22"/>
                <w:lang w:val="en-IN"/>
              </w:rPr>
              <w:t>4</w:t>
            </w:r>
          </w:p>
        </w:tc>
        <w:tc>
          <w:tcPr>
            <w:tcW w:w="7787" w:type="dxa"/>
            <w:hideMark/>
          </w:tcPr>
          <w:p w14:paraId="618DF620" w14:textId="77777777" w:rsidR="00A8702F" w:rsidRPr="00A8702F" w:rsidRDefault="00A8702F" w:rsidP="00A8702F">
            <w:pPr>
              <w:jc w:val="both"/>
              <w:rPr>
                <w:sz w:val="22"/>
                <w:lang w:val="en-IN"/>
              </w:rPr>
            </w:pPr>
            <w:r w:rsidRPr="00A8702F">
              <w:rPr>
                <w:sz w:val="22"/>
                <w:cs/>
                <w:lang w:bidi="mr-IN"/>
              </w:rPr>
              <w:t>ब्याज दर (ਮੁੱਖ ਤੱਥ ਵੇਰਵਾ ਕे भाग 1 ਕी ਕ੍ਰਮ ਨੰਬਰ 6)</w:t>
            </w:r>
          </w:p>
        </w:tc>
        <w:tc>
          <w:tcPr>
            <w:tcW w:w="0" w:type="auto"/>
            <w:hideMark/>
          </w:tcPr>
          <w:p w14:paraId="1E28196C" w14:textId="77777777" w:rsidR="00A8702F" w:rsidRPr="00A8702F" w:rsidRDefault="00A8702F" w:rsidP="00A8702F">
            <w:pPr>
              <w:jc w:val="right"/>
              <w:rPr>
                <w:sz w:val="22"/>
                <w:lang w:val="en-IN"/>
              </w:rPr>
            </w:pPr>
            <w:r w:rsidRPr="00A8702F">
              <w:rPr>
                <w:sz w:val="22"/>
                <w:lang w:val="en-IN"/>
              </w:rPr>
              <w:t>15%</w:t>
            </w:r>
          </w:p>
        </w:tc>
      </w:tr>
      <w:tr w:rsidR="00A8702F" w:rsidRPr="00A8702F" w14:paraId="19DF21C3" w14:textId="77777777" w:rsidTr="00A8702F">
        <w:trPr>
          <w:trHeight w:val="81"/>
        </w:trPr>
        <w:tc>
          <w:tcPr>
            <w:tcW w:w="846" w:type="dxa"/>
            <w:hideMark/>
          </w:tcPr>
          <w:p w14:paraId="2D2E5246" w14:textId="77777777" w:rsidR="00A8702F" w:rsidRPr="00A8702F" w:rsidRDefault="00A8702F" w:rsidP="00A8702F">
            <w:pPr>
              <w:rPr>
                <w:sz w:val="22"/>
                <w:lang w:val="en-IN"/>
              </w:rPr>
            </w:pPr>
            <w:r w:rsidRPr="00A8702F">
              <w:rPr>
                <w:sz w:val="22"/>
                <w:lang w:val="en-IN"/>
              </w:rPr>
              <w:lastRenderedPageBreak/>
              <w:t>5</w:t>
            </w:r>
          </w:p>
        </w:tc>
        <w:tc>
          <w:tcPr>
            <w:tcW w:w="7787" w:type="dxa"/>
            <w:hideMark/>
          </w:tcPr>
          <w:p w14:paraId="65171055" w14:textId="77777777" w:rsidR="00A8702F" w:rsidRPr="00A8702F" w:rsidRDefault="00A8702F" w:rsidP="00A8702F">
            <w:pPr>
              <w:jc w:val="both"/>
              <w:rPr>
                <w:sz w:val="22"/>
                <w:lang w:val="en-IN"/>
              </w:rPr>
            </w:pPr>
            <w:r w:rsidRPr="00A8702F">
              <w:rPr>
                <w:sz w:val="22"/>
                <w:cs/>
                <w:lang w:bidi="mr-IN"/>
              </w:rPr>
              <w:t>ਮਨਜ਼ੂਰੀ ਦੀ ਮਿਤੀ ਨੂੰ ਲਾਗੂ ਵਿਆਜ ਦਰ ਅਨੁਸਾਰ ਕਰਜ਼ ਦੀ ਪੂਰੀ ਮਿਆਦ ਦੌਰਾਨ ਲਗਾਈ ਜਾਣ ਵਾਲੀ ਕੁੱਲ ਵਿਆਜ ਰਕਮ (ਰੁਪਏ ਵਿੱਚ)</w:t>
            </w:r>
          </w:p>
        </w:tc>
        <w:tc>
          <w:tcPr>
            <w:tcW w:w="0" w:type="auto"/>
            <w:hideMark/>
          </w:tcPr>
          <w:p w14:paraId="40DA82F7" w14:textId="77777777" w:rsidR="00A8702F" w:rsidRPr="00A8702F" w:rsidRDefault="00A8702F" w:rsidP="00A8702F">
            <w:pPr>
              <w:jc w:val="right"/>
              <w:rPr>
                <w:sz w:val="22"/>
                <w:lang w:val="en-IN"/>
              </w:rPr>
            </w:pPr>
            <w:r w:rsidRPr="00A8702F">
              <w:rPr>
                <w:sz w:val="22"/>
                <w:lang w:val="en-IN"/>
              </w:rPr>
              <w:t>3,274</w:t>
            </w:r>
          </w:p>
        </w:tc>
      </w:tr>
      <w:tr w:rsidR="00A8702F" w:rsidRPr="00A8702F" w14:paraId="72A4B513" w14:textId="77777777" w:rsidTr="00A8702F">
        <w:trPr>
          <w:trHeight w:val="81"/>
        </w:trPr>
        <w:tc>
          <w:tcPr>
            <w:tcW w:w="846" w:type="dxa"/>
            <w:hideMark/>
          </w:tcPr>
          <w:p w14:paraId="201EFC20" w14:textId="77777777" w:rsidR="00A8702F" w:rsidRPr="00A8702F" w:rsidRDefault="00A8702F" w:rsidP="00A8702F">
            <w:pPr>
              <w:rPr>
                <w:sz w:val="22"/>
                <w:lang w:val="en-IN"/>
              </w:rPr>
            </w:pPr>
            <w:r w:rsidRPr="00A8702F">
              <w:rPr>
                <w:sz w:val="22"/>
                <w:lang w:val="en-IN"/>
              </w:rPr>
              <w:t>6</w:t>
            </w:r>
          </w:p>
        </w:tc>
        <w:tc>
          <w:tcPr>
            <w:tcW w:w="7787" w:type="dxa"/>
            <w:hideMark/>
          </w:tcPr>
          <w:p w14:paraId="5FBB19A3" w14:textId="77777777" w:rsidR="00A8702F" w:rsidRPr="00A8702F" w:rsidRDefault="00A8702F" w:rsidP="00A8702F">
            <w:pPr>
              <w:jc w:val="both"/>
              <w:rPr>
                <w:sz w:val="22"/>
                <w:lang w:val="en-IN"/>
              </w:rPr>
            </w:pPr>
            <w:r w:rsidRPr="00A8702F">
              <w:rPr>
                <w:sz w:val="22"/>
                <w:cs/>
                <w:lang w:bidi="mr-IN"/>
              </w:rPr>
              <w:t>ਦੇਣਯੋਗ ਫੀਸ/ਚਾਰਜ⁸ (ਰੁਪਏ ਵਿੱਚ)</w:t>
            </w:r>
          </w:p>
        </w:tc>
        <w:tc>
          <w:tcPr>
            <w:tcW w:w="0" w:type="auto"/>
            <w:hideMark/>
          </w:tcPr>
          <w:p w14:paraId="27D35D08" w14:textId="77777777" w:rsidR="00A8702F" w:rsidRPr="00A8702F" w:rsidRDefault="00A8702F" w:rsidP="00A8702F">
            <w:pPr>
              <w:jc w:val="right"/>
              <w:rPr>
                <w:sz w:val="22"/>
                <w:lang w:val="en-IN"/>
              </w:rPr>
            </w:pPr>
            <w:r w:rsidRPr="00A8702F">
              <w:rPr>
                <w:sz w:val="22"/>
                <w:lang w:val="en-IN"/>
              </w:rPr>
              <w:t>400</w:t>
            </w:r>
          </w:p>
        </w:tc>
      </w:tr>
      <w:tr w:rsidR="00A8702F" w:rsidRPr="00A8702F" w14:paraId="1CE4AFAF" w14:textId="77777777" w:rsidTr="00A8702F">
        <w:trPr>
          <w:trHeight w:val="81"/>
        </w:trPr>
        <w:tc>
          <w:tcPr>
            <w:tcW w:w="846" w:type="dxa"/>
            <w:hideMark/>
          </w:tcPr>
          <w:p w14:paraId="33C38A72" w14:textId="77777777" w:rsidR="00A8702F" w:rsidRPr="00A8702F" w:rsidRDefault="00A8702F" w:rsidP="00A8702F">
            <w:pPr>
              <w:rPr>
                <w:sz w:val="22"/>
                <w:lang w:val="en-IN"/>
              </w:rPr>
            </w:pPr>
            <w:r w:rsidRPr="00A8702F">
              <w:rPr>
                <w:sz w:val="22"/>
                <w:cs/>
                <w:lang w:bidi="mr-IN"/>
              </w:rPr>
              <w:t>ਕ</w:t>
            </w:r>
          </w:p>
        </w:tc>
        <w:tc>
          <w:tcPr>
            <w:tcW w:w="7787" w:type="dxa"/>
            <w:hideMark/>
          </w:tcPr>
          <w:p w14:paraId="6FA30AA8" w14:textId="77777777" w:rsidR="00A8702F" w:rsidRPr="00A8702F" w:rsidRDefault="00A8702F" w:rsidP="00A8702F">
            <w:pPr>
              <w:jc w:val="both"/>
              <w:rPr>
                <w:sz w:val="22"/>
                <w:lang w:val="en-IN"/>
              </w:rPr>
            </w:pPr>
            <w:r w:rsidRPr="00A8702F">
              <w:rPr>
                <w:sz w:val="22"/>
                <w:cs/>
                <w:lang w:bidi="mr-IN"/>
              </w:rPr>
              <w:t>विनियमित संस्था ਕो देय (ਮੁੱਖ ਤੱਥ ਵੇਰਵਾ ਕे भाग 1 ਕी ਕ੍ਰਮ ਨੰਬਰ 8ਕ)</w:t>
            </w:r>
          </w:p>
        </w:tc>
        <w:tc>
          <w:tcPr>
            <w:tcW w:w="0" w:type="auto"/>
            <w:hideMark/>
          </w:tcPr>
          <w:p w14:paraId="5CDCC7AA" w14:textId="77777777" w:rsidR="00A8702F" w:rsidRPr="00A8702F" w:rsidRDefault="00A8702F" w:rsidP="00A8702F">
            <w:pPr>
              <w:jc w:val="right"/>
              <w:rPr>
                <w:sz w:val="22"/>
                <w:lang w:val="en-IN"/>
              </w:rPr>
            </w:pPr>
            <w:r w:rsidRPr="00A8702F">
              <w:rPr>
                <w:sz w:val="22"/>
                <w:lang w:val="en-IN"/>
              </w:rPr>
              <w:t>240</w:t>
            </w:r>
          </w:p>
        </w:tc>
      </w:tr>
      <w:tr w:rsidR="00A8702F" w:rsidRPr="00A8702F" w14:paraId="11A928BE" w14:textId="77777777" w:rsidTr="00A8702F">
        <w:trPr>
          <w:trHeight w:val="81"/>
        </w:trPr>
        <w:tc>
          <w:tcPr>
            <w:tcW w:w="846" w:type="dxa"/>
            <w:hideMark/>
          </w:tcPr>
          <w:p w14:paraId="0C3487C5" w14:textId="77777777" w:rsidR="00A8702F" w:rsidRPr="00A8702F" w:rsidRDefault="00A8702F" w:rsidP="00A8702F">
            <w:pPr>
              <w:rPr>
                <w:sz w:val="22"/>
                <w:lang w:val="en-IN"/>
              </w:rPr>
            </w:pPr>
            <w:r w:rsidRPr="00A8702F">
              <w:rPr>
                <w:sz w:val="22"/>
                <w:cs/>
                <w:lang w:bidi="mr-IN"/>
              </w:rPr>
              <w:t>ਖ</w:t>
            </w:r>
          </w:p>
        </w:tc>
        <w:tc>
          <w:tcPr>
            <w:tcW w:w="7787" w:type="dxa"/>
            <w:hideMark/>
          </w:tcPr>
          <w:p w14:paraId="56495713" w14:textId="77777777" w:rsidR="00A8702F" w:rsidRPr="00A8702F" w:rsidRDefault="00A8702F" w:rsidP="00A8702F">
            <w:pPr>
              <w:jc w:val="both"/>
              <w:rPr>
                <w:sz w:val="22"/>
                <w:lang w:val="en-IN"/>
              </w:rPr>
            </w:pPr>
            <w:r w:rsidRPr="00A8702F">
              <w:rPr>
                <w:sz w:val="22"/>
                <w:cs/>
                <w:lang w:bidi="mr-IN"/>
              </w:rPr>
              <w:t>विनियमित संस्था ਕे माध्यम से तृतीय पਕ्ष ਕो देय (ਮੁੱਖ ਤੱਥ ਵੇਰਵਾ ਕे भाग 1 ਕी ਕ੍ਰਮ ਨੰਬਰ 8ਖ)</w:t>
            </w:r>
          </w:p>
        </w:tc>
        <w:tc>
          <w:tcPr>
            <w:tcW w:w="0" w:type="auto"/>
            <w:hideMark/>
          </w:tcPr>
          <w:p w14:paraId="569E4AD1" w14:textId="77777777" w:rsidR="00A8702F" w:rsidRPr="00A8702F" w:rsidRDefault="00A8702F" w:rsidP="00A8702F">
            <w:pPr>
              <w:jc w:val="right"/>
              <w:rPr>
                <w:sz w:val="22"/>
                <w:lang w:val="en-IN"/>
              </w:rPr>
            </w:pPr>
            <w:r w:rsidRPr="00A8702F">
              <w:rPr>
                <w:sz w:val="22"/>
                <w:lang w:val="en-IN"/>
              </w:rPr>
              <w:t>160</w:t>
            </w:r>
          </w:p>
        </w:tc>
      </w:tr>
      <w:tr w:rsidR="00A8702F" w:rsidRPr="00A8702F" w14:paraId="5C91448D" w14:textId="77777777" w:rsidTr="00A8702F">
        <w:trPr>
          <w:trHeight w:val="81"/>
        </w:trPr>
        <w:tc>
          <w:tcPr>
            <w:tcW w:w="846" w:type="dxa"/>
            <w:hideMark/>
          </w:tcPr>
          <w:p w14:paraId="218CBB52" w14:textId="77777777" w:rsidR="00A8702F" w:rsidRPr="00A8702F" w:rsidRDefault="00A8702F" w:rsidP="00A8702F">
            <w:pPr>
              <w:rPr>
                <w:sz w:val="22"/>
                <w:lang w:val="en-IN"/>
              </w:rPr>
            </w:pPr>
            <w:r w:rsidRPr="00A8702F">
              <w:rPr>
                <w:sz w:val="22"/>
                <w:lang w:val="en-IN"/>
              </w:rPr>
              <w:t>7</w:t>
            </w:r>
          </w:p>
        </w:tc>
        <w:tc>
          <w:tcPr>
            <w:tcW w:w="7787" w:type="dxa"/>
            <w:hideMark/>
          </w:tcPr>
          <w:p w14:paraId="2EFAF868" w14:textId="77777777" w:rsidR="00A8702F" w:rsidRPr="00A8702F" w:rsidRDefault="00A8702F" w:rsidP="00A8702F">
            <w:pPr>
              <w:jc w:val="both"/>
              <w:rPr>
                <w:sz w:val="22"/>
                <w:lang w:val="en-IN"/>
              </w:rPr>
            </w:pPr>
            <w:r w:rsidRPr="00A8702F">
              <w:rPr>
                <w:sz w:val="22"/>
                <w:cs/>
                <w:lang w:bidi="mr-IN"/>
              </w:rPr>
              <w:t>शुद्ध वितरित राशि, अर्थात ਕ੍ਰਮ ਨੰਬਰ 1 में दी गई राशि में से ਕ੍ਰਮ ਨੰਬਰ 6 में दिए गए शुल्ਕ/प्रभार घटाने ਕे बाद ਕी राशि (रुपयों में)</w:t>
            </w:r>
          </w:p>
        </w:tc>
        <w:tc>
          <w:tcPr>
            <w:tcW w:w="0" w:type="auto"/>
            <w:hideMark/>
          </w:tcPr>
          <w:p w14:paraId="6D18696C" w14:textId="77777777" w:rsidR="00A8702F" w:rsidRPr="00A8702F" w:rsidRDefault="00A8702F" w:rsidP="00A8702F">
            <w:pPr>
              <w:jc w:val="right"/>
              <w:rPr>
                <w:sz w:val="22"/>
                <w:lang w:val="en-IN"/>
              </w:rPr>
            </w:pPr>
            <w:r w:rsidRPr="00A8702F">
              <w:rPr>
                <w:sz w:val="22"/>
                <w:lang w:val="en-IN"/>
              </w:rPr>
              <w:t>19,600</w:t>
            </w:r>
          </w:p>
        </w:tc>
      </w:tr>
      <w:tr w:rsidR="00A8702F" w:rsidRPr="00A8702F" w14:paraId="780D441C" w14:textId="77777777" w:rsidTr="00A8702F">
        <w:trPr>
          <w:trHeight w:val="81"/>
        </w:trPr>
        <w:tc>
          <w:tcPr>
            <w:tcW w:w="846" w:type="dxa"/>
            <w:hideMark/>
          </w:tcPr>
          <w:p w14:paraId="4BFFB9DA" w14:textId="77777777" w:rsidR="00A8702F" w:rsidRPr="00A8702F" w:rsidRDefault="00A8702F" w:rsidP="00A8702F">
            <w:pPr>
              <w:rPr>
                <w:sz w:val="22"/>
                <w:lang w:val="en-IN"/>
              </w:rPr>
            </w:pPr>
            <w:r w:rsidRPr="00A8702F">
              <w:rPr>
                <w:sz w:val="22"/>
                <w:lang w:val="en-IN"/>
              </w:rPr>
              <w:t>8</w:t>
            </w:r>
          </w:p>
        </w:tc>
        <w:tc>
          <w:tcPr>
            <w:tcW w:w="7787" w:type="dxa"/>
            <w:hideMark/>
          </w:tcPr>
          <w:p w14:paraId="2C89B7DD" w14:textId="77777777" w:rsidR="00A8702F" w:rsidRPr="00A8702F" w:rsidRDefault="00A8702F" w:rsidP="00A8702F">
            <w:pPr>
              <w:jc w:val="both"/>
              <w:rPr>
                <w:sz w:val="22"/>
                <w:lang w:val="en-IN"/>
              </w:rPr>
            </w:pPr>
            <w:r w:rsidRPr="00A8702F">
              <w:rPr>
                <w:sz w:val="22"/>
                <w:cs/>
                <w:lang w:bidi="mr-IN"/>
              </w:rPr>
              <w:t>उधारਕर्ता द्वारा भुगतान ਕी जाने वाली ਕुल राशि, अर्थात ਕ੍ਰਮ ਨੰਬਰ 1 और 5 ਕा योग (रुपयों में)</w:t>
            </w:r>
          </w:p>
        </w:tc>
        <w:tc>
          <w:tcPr>
            <w:tcW w:w="0" w:type="auto"/>
            <w:hideMark/>
          </w:tcPr>
          <w:p w14:paraId="3A5F60B1" w14:textId="77777777" w:rsidR="00A8702F" w:rsidRPr="00A8702F" w:rsidRDefault="00A8702F" w:rsidP="00A8702F">
            <w:pPr>
              <w:jc w:val="right"/>
              <w:rPr>
                <w:sz w:val="22"/>
                <w:lang w:val="en-IN"/>
              </w:rPr>
            </w:pPr>
            <w:r w:rsidRPr="00A8702F">
              <w:rPr>
                <w:sz w:val="22"/>
                <w:lang w:val="en-IN"/>
              </w:rPr>
              <w:t>23,274</w:t>
            </w:r>
            <w:r w:rsidRPr="00A8702F">
              <w:rPr>
                <w:rFonts w:ascii="Cambria Math" w:hAnsi="Cambria Math" w:cs="Cambria Math"/>
                <w:sz w:val="22"/>
                <w:lang w:val="en-IN"/>
              </w:rPr>
              <w:t>⁹</w:t>
            </w:r>
          </w:p>
        </w:tc>
      </w:tr>
      <w:tr w:rsidR="00A8702F" w:rsidRPr="00A8702F" w14:paraId="3C072889" w14:textId="77777777" w:rsidTr="00A8702F">
        <w:trPr>
          <w:trHeight w:val="81"/>
        </w:trPr>
        <w:tc>
          <w:tcPr>
            <w:tcW w:w="846" w:type="dxa"/>
            <w:hideMark/>
          </w:tcPr>
          <w:p w14:paraId="2FFACFE6" w14:textId="77777777" w:rsidR="00A8702F" w:rsidRPr="00A8702F" w:rsidRDefault="00A8702F" w:rsidP="00A8702F">
            <w:pPr>
              <w:rPr>
                <w:sz w:val="22"/>
                <w:lang w:val="en-IN"/>
              </w:rPr>
            </w:pPr>
            <w:r w:rsidRPr="00A8702F">
              <w:rPr>
                <w:sz w:val="22"/>
                <w:lang w:val="en-IN"/>
              </w:rPr>
              <w:t>9</w:t>
            </w:r>
          </w:p>
        </w:tc>
        <w:tc>
          <w:tcPr>
            <w:tcW w:w="7787" w:type="dxa"/>
            <w:hideMark/>
          </w:tcPr>
          <w:p w14:paraId="4406696B" w14:textId="77777777" w:rsidR="00A8702F" w:rsidRPr="00A8702F" w:rsidRDefault="00A8702F" w:rsidP="00A8702F">
            <w:pPr>
              <w:jc w:val="both"/>
              <w:rPr>
                <w:sz w:val="22"/>
                <w:lang w:val="en-IN"/>
              </w:rPr>
            </w:pPr>
            <w:r w:rsidRPr="00A8702F">
              <w:rPr>
                <w:sz w:val="22"/>
                <w:cs/>
                <w:lang w:bidi="mr-IN"/>
              </w:rPr>
              <w:t>वार्षिਕ प्रतिशत दर, अर्थात प्रभावी वार्षिਕीਕृत ब्याज दर (प्रतिशत में)¹⁰ (ਮੁੱਖ ਤੱਥ ਵੇਰਵਾ ਕे भाग 1 ਕी ਕ੍ਰਮ ਨੰਬਰ 9)</w:t>
            </w:r>
          </w:p>
        </w:tc>
        <w:tc>
          <w:tcPr>
            <w:tcW w:w="0" w:type="auto"/>
            <w:hideMark/>
          </w:tcPr>
          <w:p w14:paraId="450716EC" w14:textId="77777777" w:rsidR="00A8702F" w:rsidRPr="00A8702F" w:rsidRDefault="00A8702F" w:rsidP="00A8702F">
            <w:pPr>
              <w:jc w:val="right"/>
              <w:rPr>
                <w:sz w:val="22"/>
                <w:lang w:val="en-IN"/>
              </w:rPr>
            </w:pPr>
            <w:r w:rsidRPr="00A8702F">
              <w:rPr>
                <w:sz w:val="22"/>
                <w:lang w:val="en-IN"/>
              </w:rPr>
              <w:t>17.07%</w:t>
            </w:r>
          </w:p>
        </w:tc>
      </w:tr>
      <w:tr w:rsidR="00A8702F" w:rsidRPr="00A8702F" w14:paraId="4B55AE60" w14:textId="77777777" w:rsidTr="00A8702F">
        <w:trPr>
          <w:trHeight w:val="81"/>
        </w:trPr>
        <w:tc>
          <w:tcPr>
            <w:tcW w:w="846" w:type="dxa"/>
            <w:hideMark/>
          </w:tcPr>
          <w:p w14:paraId="79AAF093" w14:textId="77777777" w:rsidR="00A8702F" w:rsidRPr="00A8702F" w:rsidRDefault="00A8702F" w:rsidP="00A8702F">
            <w:pPr>
              <w:rPr>
                <w:sz w:val="22"/>
                <w:lang w:val="en-IN"/>
              </w:rPr>
            </w:pPr>
            <w:r w:rsidRPr="00A8702F">
              <w:rPr>
                <w:sz w:val="22"/>
                <w:lang w:val="en-IN"/>
              </w:rPr>
              <w:t>10</w:t>
            </w:r>
          </w:p>
        </w:tc>
        <w:tc>
          <w:tcPr>
            <w:tcW w:w="7787" w:type="dxa"/>
            <w:hideMark/>
          </w:tcPr>
          <w:p w14:paraId="2DDC2B51" w14:textId="77777777" w:rsidR="00A8702F" w:rsidRPr="00A8702F" w:rsidRDefault="00A8702F" w:rsidP="00A8702F">
            <w:pPr>
              <w:jc w:val="both"/>
              <w:rPr>
                <w:sz w:val="22"/>
                <w:lang w:val="en-IN"/>
              </w:rPr>
            </w:pPr>
            <w:r w:rsidRPr="00A8702F">
              <w:rPr>
                <w:sz w:val="22"/>
                <w:cs/>
                <w:lang w:bidi="mr-IN"/>
              </w:rPr>
              <w:t>नियम एवं शर्तों ਕे अनुसार ऋण वितरण ਕी अनुसूची</w:t>
            </w:r>
          </w:p>
        </w:tc>
        <w:tc>
          <w:tcPr>
            <w:tcW w:w="0" w:type="auto"/>
            <w:hideMark/>
          </w:tcPr>
          <w:p w14:paraId="72769C43" w14:textId="77777777" w:rsidR="00A8702F" w:rsidRPr="00A8702F" w:rsidRDefault="00A8702F" w:rsidP="00A8702F">
            <w:pPr>
              <w:jc w:val="right"/>
              <w:rPr>
                <w:sz w:val="22"/>
                <w:lang w:val="en-IN"/>
              </w:rPr>
            </w:pPr>
            <w:r w:rsidRPr="00A8702F">
              <w:rPr>
                <w:sz w:val="22"/>
                <w:cs/>
                <w:lang w:bidi="mr-IN"/>
              </w:rPr>
              <w:t>विस्तृत अनुसूची उपलब्ध ਕराई जाए</w:t>
            </w:r>
          </w:p>
        </w:tc>
      </w:tr>
      <w:tr w:rsidR="00A8702F" w:rsidRPr="00A8702F" w14:paraId="70BD305C" w14:textId="77777777" w:rsidTr="00A8702F">
        <w:trPr>
          <w:trHeight w:val="81"/>
        </w:trPr>
        <w:tc>
          <w:tcPr>
            <w:tcW w:w="846" w:type="dxa"/>
            <w:hideMark/>
          </w:tcPr>
          <w:p w14:paraId="310F726A" w14:textId="77777777" w:rsidR="00A8702F" w:rsidRPr="00A8702F" w:rsidRDefault="00A8702F" w:rsidP="00A8702F">
            <w:pPr>
              <w:rPr>
                <w:sz w:val="22"/>
                <w:lang w:val="en-IN"/>
              </w:rPr>
            </w:pPr>
            <w:r w:rsidRPr="00A8702F">
              <w:rPr>
                <w:sz w:val="22"/>
                <w:lang w:val="en-IN"/>
              </w:rPr>
              <w:t>11</w:t>
            </w:r>
          </w:p>
        </w:tc>
        <w:tc>
          <w:tcPr>
            <w:tcW w:w="7787" w:type="dxa"/>
            <w:hideMark/>
          </w:tcPr>
          <w:p w14:paraId="38A528AC" w14:textId="77777777" w:rsidR="00A8702F" w:rsidRPr="00A8702F" w:rsidRDefault="00A8702F" w:rsidP="00A8702F">
            <w:pPr>
              <w:jc w:val="both"/>
              <w:rPr>
                <w:sz w:val="22"/>
                <w:lang w:val="en-IN"/>
              </w:rPr>
            </w:pPr>
            <w:r w:rsidRPr="00A8702F">
              <w:rPr>
                <w:sz w:val="22"/>
                <w:cs/>
                <w:lang w:bidi="mr-IN"/>
              </w:rPr>
              <w:t>ਕिस्त और ब्याज ਕे भुगतान ਕी देय तारीਖ</w:t>
            </w:r>
          </w:p>
        </w:tc>
        <w:tc>
          <w:tcPr>
            <w:tcW w:w="0" w:type="auto"/>
            <w:hideMark/>
          </w:tcPr>
          <w:p w14:paraId="331611FF" w14:textId="77777777" w:rsidR="00A8702F" w:rsidRPr="00A8702F" w:rsidRDefault="00A8702F" w:rsidP="00A8702F">
            <w:pPr>
              <w:jc w:val="right"/>
              <w:rPr>
                <w:sz w:val="22"/>
                <w:lang w:val="en-IN"/>
              </w:rPr>
            </w:pPr>
            <w:r w:rsidRPr="00A8702F">
              <w:rPr>
                <w:sz w:val="22"/>
                <w:cs/>
                <w:lang w:bidi="mr-IN"/>
              </w:rPr>
              <w:t>ਦਿਨਮਹੀਨਾਸਾਲ</w:t>
            </w:r>
          </w:p>
        </w:tc>
      </w:tr>
    </w:tbl>
    <w:p w14:paraId="329107BE" w14:textId="24F539A0" w:rsidR="006A1F76" w:rsidRPr="00C17ABA" w:rsidRDefault="00A8702F" w:rsidP="00A8702F">
      <w:pPr>
        <w:spacing w:after="0" w:line="240" w:lineRule="auto"/>
        <w:rPr>
          <w:sz w:val="18"/>
          <w:szCs w:val="18"/>
        </w:rPr>
      </w:pPr>
      <w:r w:rsidRPr="00C17ABA">
        <w:rPr>
          <w:sz w:val="18"/>
          <w:szCs w:val="18"/>
        </w:rPr>
        <w:t xml:space="preserve"> ⁸ जहाँ ऐसे प्रभार स्वीਕृति से पहले निर्धारित नहीं ਕिए जा सਕते, विनियमित इਕाइयाँ अधिਕतम सीमा दर्शा सਕती हैं।</w:t>
      </w:r>
    </w:p>
    <w:p w14:paraId="71B9572A" w14:textId="77777777" w:rsidR="006A1F76" w:rsidRPr="00C17ABA" w:rsidRDefault="00000000" w:rsidP="00A8702F">
      <w:pPr>
        <w:spacing w:after="0" w:line="240" w:lineRule="auto"/>
        <w:jc w:val="both"/>
        <w:rPr>
          <w:sz w:val="18"/>
          <w:szCs w:val="18"/>
        </w:rPr>
      </w:pPr>
      <w:r w:rsidRPr="00C17ABA">
        <w:rPr>
          <w:sz w:val="18"/>
          <w:szCs w:val="18"/>
        </w:rPr>
        <w:t>⁹ विस्तृत पुनर्भुगतान अनुसूची में दी गई ਕुल ਕिस्तों से गणित पुनर्भुगतान राशि ₹23,280 (=970×24) और ਕ੍ਰਮ ਨੰਬਰ 8 में उल्लिਖित ₹23,274 (₹20,000 ऋण राशि + ₹3,274 ब्याज प्रभार) ਕा अंतर, ਕिस्त राशि ₹969.73 ਕो पूर्णांਕित ਕर ₹970 ਕरने ਕे ਕारण है।</w:t>
      </w:r>
    </w:p>
    <w:p w14:paraId="2E004E32" w14:textId="77777777" w:rsidR="006A1F76" w:rsidRPr="00C17ABA" w:rsidRDefault="00000000" w:rsidP="00A8702F">
      <w:pPr>
        <w:spacing w:after="0" w:line="240" w:lineRule="auto"/>
        <w:rPr>
          <w:sz w:val="18"/>
          <w:szCs w:val="18"/>
        </w:rPr>
      </w:pPr>
      <w:r w:rsidRPr="00C17ABA">
        <w:rPr>
          <w:sz w:val="18"/>
          <w:szCs w:val="18"/>
        </w:rPr>
        <w:t>¹⁰ शुद्ध वितरित राशि पर आईआरआर पद्धति और घटती शेष पद्धति ਕा उपयोग ਕर गणना ਕी गई।</w:t>
      </w:r>
    </w:p>
    <w:p w14:paraId="3041E394" w14:textId="77777777" w:rsidR="006A1F76" w:rsidRPr="00A8702F" w:rsidRDefault="006A1F76" w:rsidP="00A8702F">
      <w:pPr>
        <w:spacing w:line="240" w:lineRule="auto"/>
        <w:rPr>
          <w:sz w:val="22"/>
        </w:rPr>
        <w:sectPr w:rsidR="006A1F76" w:rsidRPr="00A8702F">
          <w:headerReference w:type="even" r:id="rId9"/>
          <w:headerReference w:type="default" r:id="rId10"/>
          <w:footerReference w:type="even" r:id="rId11"/>
          <w:footerReference w:type="default" r:id="rId12"/>
          <w:headerReference w:type="first" r:id="rId13"/>
          <w:footerReference w:type="first" r:id="rId14"/>
          <w:pgSz w:w="12240" w:h="15840"/>
          <w:pgMar w:top="648" w:right="648" w:bottom="648" w:left="648" w:header="720" w:footer="720" w:gutter="0"/>
          <w:cols w:space="720"/>
          <w:docGrid w:linePitch="360"/>
        </w:sectPr>
      </w:pPr>
    </w:p>
    <w:p w14:paraId="180E0D44" w14:textId="77777777" w:rsidR="006A1F76" w:rsidRPr="00A8702F" w:rsidRDefault="00000000" w:rsidP="00A8702F">
      <w:pPr>
        <w:spacing w:after="80" w:line="240" w:lineRule="auto"/>
        <w:jc w:val="center"/>
        <w:rPr>
          <w:b/>
          <w:sz w:val="22"/>
        </w:rPr>
      </w:pPr>
      <w:r w:rsidRPr="00A8702F">
        <w:rPr>
          <w:b/>
          <w:sz w:val="22"/>
        </w:rPr>
        <w:lastRenderedPageBreak/>
        <w:t>ਅਨੁਬੰਧ ਗ</w:t>
      </w:r>
    </w:p>
    <w:p w14:paraId="620DD6C8" w14:textId="72AA7ACF" w:rsidR="006A1F76" w:rsidRPr="00A8702F" w:rsidRDefault="00A8702F" w:rsidP="00A8702F">
      <w:pPr>
        <w:spacing w:after="80" w:line="240" w:lineRule="auto"/>
        <w:jc w:val="center"/>
        <w:rPr>
          <w:bCs/>
          <w:sz w:val="22"/>
        </w:rPr>
      </w:pPr>
      <w:r w:rsidRPr="00A8702F">
        <w:rPr>
          <w:rFonts w:cs="Mangal"/>
          <w:bCs/>
          <w:sz w:val="22"/>
          <w:cs/>
          <w:lang w:bidi="hi-IN"/>
        </w:rPr>
        <w:t>ਅਨੁਬੰਧ ਖ में दिए गए ਕाल्पनिਕ ऋण ਕी समान आवधिਕ ਕिस्तों ਕे अनुसार पुनर्भुगतान ਕी उदाहरणात्मਕ अनुसूची</w:t>
      </w:r>
    </w:p>
    <w:tbl>
      <w:tblPr>
        <w:tblStyle w:val="TableGrid"/>
        <w:tblW w:w="0" w:type="auto"/>
        <w:tblInd w:w="1413" w:type="dxa"/>
        <w:tblLayout w:type="fixed"/>
        <w:tblLook w:val="04A0" w:firstRow="1" w:lastRow="0" w:firstColumn="1" w:lastColumn="0" w:noHBand="0" w:noVBand="1"/>
      </w:tblPr>
      <w:tblGrid>
        <w:gridCol w:w="1426"/>
        <w:gridCol w:w="3423"/>
        <w:gridCol w:w="2852"/>
        <w:gridCol w:w="2852"/>
        <w:gridCol w:w="2852"/>
      </w:tblGrid>
      <w:tr w:rsidR="006A1F76" w:rsidRPr="00A8702F" w14:paraId="78E93E7A" w14:textId="77777777" w:rsidTr="00A8702F">
        <w:trPr>
          <w:trHeight w:val="17"/>
        </w:trPr>
        <w:tc>
          <w:tcPr>
            <w:tcW w:w="1426" w:type="dxa"/>
            <w:shd w:val="clear" w:color="auto" w:fill="C6D9F1" w:themeFill="text2" w:themeFillTint="33"/>
          </w:tcPr>
          <w:p w14:paraId="64DD2B3B" w14:textId="77777777" w:rsidR="006A1F76" w:rsidRPr="00A8702F" w:rsidRDefault="00000000" w:rsidP="00A8702F">
            <w:pPr>
              <w:jc w:val="center"/>
              <w:rPr>
                <w:sz w:val="22"/>
              </w:rPr>
            </w:pPr>
            <w:r w:rsidRPr="00A8702F">
              <w:rPr>
                <w:b/>
                <w:sz w:val="22"/>
              </w:rPr>
              <w:t>ਕिस्त संਖ्या</w:t>
            </w:r>
          </w:p>
        </w:tc>
        <w:tc>
          <w:tcPr>
            <w:tcW w:w="3423" w:type="dxa"/>
            <w:shd w:val="clear" w:color="auto" w:fill="C6D9F1" w:themeFill="text2" w:themeFillTint="33"/>
          </w:tcPr>
          <w:p w14:paraId="6E602726" w14:textId="77777777" w:rsidR="006A1F76" w:rsidRPr="00A8702F" w:rsidRDefault="00000000" w:rsidP="00A8702F">
            <w:pPr>
              <w:jc w:val="center"/>
              <w:rPr>
                <w:sz w:val="22"/>
              </w:rPr>
            </w:pPr>
            <w:r w:rsidRPr="00A8702F">
              <w:rPr>
                <w:b/>
                <w:sz w:val="22"/>
              </w:rPr>
              <w:t>बਕाया ਮੂਲਧਨ (ਰੁਪਏ ਵਿੱਚ)</w:t>
            </w:r>
          </w:p>
        </w:tc>
        <w:tc>
          <w:tcPr>
            <w:tcW w:w="2852" w:type="dxa"/>
            <w:shd w:val="clear" w:color="auto" w:fill="C6D9F1" w:themeFill="text2" w:themeFillTint="33"/>
          </w:tcPr>
          <w:p w14:paraId="5FEF0EDB" w14:textId="77777777" w:rsidR="006A1F76" w:rsidRPr="00A8702F" w:rsidRDefault="00000000" w:rsidP="00A8702F">
            <w:pPr>
              <w:jc w:val="center"/>
              <w:rPr>
                <w:sz w:val="22"/>
              </w:rPr>
            </w:pPr>
            <w:r w:rsidRPr="00A8702F">
              <w:rPr>
                <w:b/>
                <w:sz w:val="22"/>
              </w:rPr>
              <w:t>ਮੂਲਧਨ (ਰੁਪਏ ਵਿੱਚ)</w:t>
            </w:r>
          </w:p>
        </w:tc>
        <w:tc>
          <w:tcPr>
            <w:tcW w:w="2852" w:type="dxa"/>
            <w:shd w:val="clear" w:color="auto" w:fill="C6D9F1" w:themeFill="text2" w:themeFillTint="33"/>
          </w:tcPr>
          <w:p w14:paraId="51942552" w14:textId="77777777" w:rsidR="006A1F76" w:rsidRPr="00A8702F" w:rsidRDefault="00000000" w:rsidP="00A8702F">
            <w:pPr>
              <w:jc w:val="center"/>
              <w:rPr>
                <w:sz w:val="22"/>
              </w:rPr>
            </w:pPr>
            <w:r w:rsidRPr="00A8702F">
              <w:rPr>
                <w:b/>
                <w:sz w:val="22"/>
              </w:rPr>
              <w:t>ਵਿਆਜ (ਰੁਪਏ ਵਿੱਚ)</w:t>
            </w:r>
          </w:p>
        </w:tc>
        <w:tc>
          <w:tcPr>
            <w:tcW w:w="2852" w:type="dxa"/>
            <w:shd w:val="clear" w:color="auto" w:fill="C6D9F1" w:themeFill="text2" w:themeFillTint="33"/>
          </w:tcPr>
          <w:p w14:paraId="4B0C6AF8" w14:textId="77777777" w:rsidR="006A1F76" w:rsidRPr="00A8702F" w:rsidRDefault="00000000" w:rsidP="00A8702F">
            <w:pPr>
              <w:jc w:val="center"/>
              <w:rPr>
                <w:sz w:val="22"/>
              </w:rPr>
            </w:pPr>
            <w:r w:rsidRPr="00A8702F">
              <w:rPr>
                <w:b/>
                <w:sz w:val="22"/>
              </w:rPr>
              <w:t>ਕिस्त (रुपयों में)</w:t>
            </w:r>
          </w:p>
        </w:tc>
      </w:tr>
      <w:tr w:rsidR="006A1F76" w:rsidRPr="00A8702F" w14:paraId="7546C4C7" w14:textId="77777777" w:rsidTr="00A8702F">
        <w:trPr>
          <w:trHeight w:val="17"/>
        </w:trPr>
        <w:tc>
          <w:tcPr>
            <w:tcW w:w="1426" w:type="dxa"/>
          </w:tcPr>
          <w:p w14:paraId="19F14E3C" w14:textId="77777777" w:rsidR="006A1F76" w:rsidRPr="00A8702F" w:rsidRDefault="00000000" w:rsidP="00A8702F">
            <w:pPr>
              <w:contextualSpacing/>
              <w:jc w:val="center"/>
              <w:rPr>
                <w:sz w:val="22"/>
              </w:rPr>
            </w:pPr>
            <w:r w:rsidRPr="00A8702F">
              <w:rPr>
                <w:sz w:val="22"/>
              </w:rPr>
              <w:t>1</w:t>
            </w:r>
          </w:p>
        </w:tc>
        <w:tc>
          <w:tcPr>
            <w:tcW w:w="3423" w:type="dxa"/>
          </w:tcPr>
          <w:p w14:paraId="26529670" w14:textId="77777777" w:rsidR="006A1F76" w:rsidRPr="00A8702F" w:rsidRDefault="00000000" w:rsidP="00A8702F">
            <w:pPr>
              <w:contextualSpacing/>
              <w:jc w:val="center"/>
              <w:rPr>
                <w:sz w:val="22"/>
              </w:rPr>
            </w:pPr>
            <w:r w:rsidRPr="00A8702F">
              <w:rPr>
                <w:sz w:val="22"/>
              </w:rPr>
              <w:t>20,000</w:t>
            </w:r>
          </w:p>
        </w:tc>
        <w:tc>
          <w:tcPr>
            <w:tcW w:w="2852" w:type="dxa"/>
          </w:tcPr>
          <w:p w14:paraId="064B8AE0" w14:textId="77777777" w:rsidR="006A1F76" w:rsidRPr="00A8702F" w:rsidRDefault="00000000" w:rsidP="00A8702F">
            <w:pPr>
              <w:contextualSpacing/>
              <w:jc w:val="center"/>
              <w:rPr>
                <w:sz w:val="22"/>
              </w:rPr>
            </w:pPr>
            <w:r w:rsidRPr="00A8702F">
              <w:rPr>
                <w:sz w:val="22"/>
              </w:rPr>
              <w:t>720</w:t>
            </w:r>
          </w:p>
        </w:tc>
        <w:tc>
          <w:tcPr>
            <w:tcW w:w="2852" w:type="dxa"/>
          </w:tcPr>
          <w:p w14:paraId="3865DFBE" w14:textId="77777777" w:rsidR="006A1F76" w:rsidRPr="00A8702F" w:rsidRDefault="00000000" w:rsidP="00A8702F">
            <w:pPr>
              <w:contextualSpacing/>
              <w:jc w:val="center"/>
              <w:rPr>
                <w:sz w:val="22"/>
              </w:rPr>
            </w:pPr>
            <w:r w:rsidRPr="00A8702F">
              <w:rPr>
                <w:sz w:val="22"/>
              </w:rPr>
              <w:t>250</w:t>
            </w:r>
          </w:p>
        </w:tc>
        <w:tc>
          <w:tcPr>
            <w:tcW w:w="2852" w:type="dxa"/>
          </w:tcPr>
          <w:p w14:paraId="3791A9AE" w14:textId="77777777" w:rsidR="006A1F76" w:rsidRPr="00A8702F" w:rsidRDefault="00000000" w:rsidP="00A8702F">
            <w:pPr>
              <w:contextualSpacing/>
              <w:jc w:val="center"/>
              <w:rPr>
                <w:sz w:val="22"/>
              </w:rPr>
            </w:pPr>
            <w:r w:rsidRPr="00A8702F">
              <w:rPr>
                <w:sz w:val="22"/>
              </w:rPr>
              <w:t>970</w:t>
            </w:r>
          </w:p>
        </w:tc>
      </w:tr>
      <w:tr w:rsidR="006A1F76" w:rsidRPr="00A8702F" w14:paraId="1DA1E2E2" w14:textId="77777777" w:rsidTr="00A8702F">
        <w:trPr>
          <w:trHeight w:val="17"/>
        </w:trPr>
        <w:tc>
          <w:tcPr>
            <w:tcW w:w="1426" w:type="dxa"/>
          </w:tcPr>
          <w:p w14:paraId="7842F596" w14:textId="77777777" w:rsidR="006A1F76" w:rsidRPr="00A8702F" w:rsidRDefault="00000000" w:rsidP="00A8702F">
            <w:pPr>
              <w:contextualSpacing/>
              <w:jc w:val="center"/>
              <w:rPr>
                <w:sz w:val="22"/>
              </w:rPr>
            </w:pPr>
            <w:r w:rsidRPr="00A8702F">
              <w:rPr>
                <w:sz w:val="22"/>
              </w:rPr>
              <w:t>2</w:t>
            </w:r>
          </w:p>
        </w:tc>
        <w:tc>
          <w:tcPr>
            <w:tcW w:w="3423" w:type="dxa"/>
          </w:tcPr>
          <w:p w14:paraId="3C134D8D" w14:textId="77777777" w:rsidR="006A1F76" w:rsidRPr="00A8702F" w:rsidRDefault="00000000" w:rsidP="00A8702F">
            <w:pPr>
              <w:contextualSpacing/>
              <w:jc w:val="center"/>
              <w:rPr>
                <w:sz w:val="22"/>
              </w:rPr>
            </w:pPr>
            <w:r w:rsidRPr="00A8702F">
              <w:rPr>
                <w:sz w:val="22"/>
              </w:rPr>
              <w:t>19,280</w:t>
            </w:r>
          </w:p>
        </w:tc>
        <w:tc>
          <w:tcPr>
            <w:tcW w:w="2852" w:type="dxa"/>
          </w:tcPr>
          <w:p w14:paraId="3CDD4A21" w14:textId="77777777" w:rsidR="006A1F76" w:rsidRPr="00A8702F" w:rsidRDefault="00000000" w:rsidP="00A8702F">
            <w:pPr>
              <w:contextualSpacing/>
              <w:jc w:val="center"/>
              <w:rPr>
                <w:sz w:val="22"/>
              </w:rPr>
            </w:pPr>
            <w:r w:rsidRPr="00A8702F">
              <w:rPr>
                <w:sz w:val="22"/>
              </w:rPr>
              <w:t>729</w:t>
            </w:r>
          </w:p>
        </w:tc>
        <w:tc>
          <w:tcPr>
            <w:tcW w:w="2852" w:type="dxa"/>
          </w:tcPr>
          <w:p w14:paraId="6D1032BF" w14:textId="77777777" w:rsidR="006A1F76" w:rsidRPr="00A8702F" w:rsidRDefault="00000000" w:rsidP="00A8702F">
            <w:pPr>
              <w:contextualSpacing/>
              <w:jc w:val="center"/>
              <w:rPr>
                <w:sz w:val="22"/>
              </w:rPr>
            </w:pPr>
            <w:r w:rsidRPr="00A8702F">
              <w:rPr>
                <w:sz w:val="22"/>
              </w:rPr>
              <w:t>241</w:t>
            </w:r>
          </w:p>
        </w:tc>
        <w:tc>
          <w:tcPr>
            <w:tcW w:w="2852" w:type="dxa"/>
          </w:tcPr>
          <w:p w14:paraId="526353A1" w14:textId="77777777" w:rsidR="006A1F76" w:rsidRPr="00A8702F" w:rsidRDefault="00000000" w:rsidP="00A8702F">
            <w:pPr>
              <w:contextualSpacing/>
              <w:jc w:val="center"/>
              <w:rPr>
                <w:sz w:val="22"/>
              </w:rPr>
            </w:pPr>
            <w:r w:rsidRPr="00A8702F">
              <w:rPr>
                <w:sz w:val="22"/>
              </w:rPr>
              <w:t>970</w:t>
            </w:r>
          </w:p>
        </w:tc>
      </w:tr>
      <w:tr w:rsidR="006A1F76" w:rsidRPr="00A8702F" w14:paraId="6C008941" w14:textId="77777777" w:rsidTr="00A8702F">
        <w:trPr>
          <w:trHeight w:val="17"/>
        </w:trPr>
        <w:tc>
          <w:tcPr>
            <w:tcW w:w="1426" w:type="dxa"/>
          </w:tcPr>
          <w:p w14:paraId="68D9363B" w14:textId="77777777" w:rsidR="006A1F76" w:rsidRPr="00A8702F" w:rsidRDefault="00000000" w:rsidP="00A8702F">
            <w:pPr>
              <w:contextualSpacing/>
              <w:jc w:val="center"/>
              <w:rPr>
                <w:sz w:val="22"/>
              </w:rPr>
            </w:pPr>
            <w:r w:rsidRPr="00A8702F">
              <w:rPr>
                <w:sz w:val="22"/>
              </w:rPr>
              <w:t>3</w:t>
            </w:r>
          </w:p>
        </w:tc>
        <w:tc>
          <w:tcPr>
            <w:tcW w:w="3423" w:type="dxa"/>
          </w:tcPr>
          <w:p w14:paraId="65F7B335" w14:textId="77777777" w:rsidR="006A1F76" w:rsidRPr="00A8702F" w:rsidRDefault="00000000" w:rsidP="00A8702F">
            <w:pPr>
              <w:contextualSpacing/>
              <w:jc w:val="center"/>
              <w:rPr>
                <w:sz w:val="22"/>
              </w:rPr>
            </w:pPr>
            <w:r w:rsidRPr="00A8702F">
              <w:rPr>
                <w:sz w:val="22"/>
              </w:rPr>
              <w:t>18,552</w:t>
            </w:r>
          </w:p>
        </w:tc>
        <w:tc>
          <w:tcPr>
            <w:tcW w:w="2852" w:type="dxa"/>
          </w:tcPr>
          <w:p w14:paraId="09F9DEB0" w14:textId="77777777" w:rsidR="006A1F76" w:rsidRPr="00A8702F" w:rsidRDefault="00000000" w:rsidP="00A8702F">
            <w:pPr>
              <w:contextualSpacing/>
              <w:jc w:val="center"/>
              <w:rPr>
                <w:sz w:val="22"/>
              </w:rPr>
            </w:pPr>
            <w:r w:rsidRPr="00A8702F">
              <w:rPr>
                <w:sz w:val="22"/>
              </w:rPr>
              <w:t>738</w:t>
            </w:r>
          </w:p>
        </w:tc>
        <w:tc>
          <w:tcPr>
            <w:tcW w:w="2852" w:type="dxa"/>
          </w:tcPr>
          <w:p w14:paraId="7B9D43AB" w14:textId="77777777" w:rsidR="006A1F76" w:rsidRPr="00A8702F" w:rsidRDefault="00000000" w:rsidP="00A8702F">
            <w:pPr>
              <w:contextualSpacing/>
              <w:jc w:val="center"/>
              <w:rPr>
                <w:sz w:val="22"/>
              </w:rPr>
            </w:pPr>
            <w:r w:rsidRPr="00A8702F">
              <w:rPr>
                <w:sz w:val="22"/>
              </w:rPr>
              <w:t>232</w:t>
            </w:r>
          </w:p>
        </w:tc>
        <w:tc>
          <w:tcPr>
            <w:tcW w:w="2852" w:type="dxa"/>
          </w:tcPr>
          <w:p w14:paraId="42459E61" w14:textId="77777777" w:rsidR="006A1F76" w:rsidRPr="00A8702F" w:rsidRDefault="00000000" w:rsidP="00A8702F">
            <w:pPr>
              <w:contextualSpacing/>
              <w:jc w:val="center"/>
              <w:rPr>
                <w:sz w:val="22"/>
              </w:rPr>
            </w:pPr>
            <w:r w:rsidRPr="00A8702F">
              <w:rPr>
                <w:sz w:val="22"/>
              </w:rPr>
              <w:t>970</w:t>
            </w:r>
          </w:p>
        </w:tc>
      </w:tr>
      <w:tr w:rsidR="006A1F76" w:rsidRPr="00A8702F" w14:paraId="25E90E7F" w14:textId="77777777" w:rsidTr="00A8702F">
        <w:trPr>
          <w:trHeight w:val="17"/>
        </w:trPr>
        <w:tc>
          <w:tcPr>
            <w:tcW w:w="1426" w:type="dxa"/>
          </w:tcPr>
          <w:p w14:paraId="17310F6F" w14:textId="77777777" w:rsidR="006A1F76" w:rsidRPr="00A8702F" w:rsidRDefault="00000000" w:rsidP="00A8702F">
            <w:pPr>
              <w:contextualSpacing/>
              <w:jc w:val="center"/>
              <w:rPr>
                <w:sz w:val="22"/>
              </w:rPr>
            </w:pPr>
            <w:r w:rsidRPr="00A8702F">
              <w:rPr>
                <w:sz w:val="22"/>
              </w:rPr>
              <w:t>4</w:t>
            </w:r>
          </w:p>
        </w:tc>
        <w:tc>
          <w:tcPr>
            <w:tcW w:w="3423" w:type="dxa"/>
          </w:tcPr>
          <w:p w14:paraId="3D47E7D2" w14:textId="77777777" w:rsidR="006A1F76" w:rsidRPr="00A8702F" w:rsidRDefault="00000000" w:rsidP="00A8702F">
            <w:pPr>
              <w:contextualSpacing/>
              <w:jc w:val="center"/>
              <w:rPr>
                <w:sz w:val="22"/>
              </w:rPr>
            </w:pPr>
            <w:r w:rsidRPr="00A8702F">
              <w:rPr>
                <w:sz w:val="22"/>
              </w:rPr>
              <w:t>17,814</w:t>
            </w:r>
          </w:p>
        </w:tc>
        <w:tc>
          <w:tcPr>
            <w:tcW w:w="2852" w:type="dxa"/>
          </w:tcPr>
          <w:p w14:paraId="49E1FE23" w14:textId="77777777" w:rsidR="006A1F76" w:rsidRPr="00A8702F" w:rsidRDefault="00000000" w:rsidP="00A8702F">
            <w:pPr>
              <w:contextualSpacing/>
              <w:jc w:val="center"/>
              <w:rPr>
                <w:sz w:val="22"/>
              </w:rPr>
            </w:pPr>
            <w:r w:rsidRPr="00A8702F">
              <w:rPr>
                <w:sz w:val="22"/>
              </w:rPr>
              <w:t>747</w:t>
            </w:r>
          </w:p>
        </w:tc>
        <w:tc>
          <w:tcPr>
            <w:tcW w:w="2852" w:type="dxa"/>
          </w:tcPr>
          <w:p w14:paraId="57BF0BF2" w14:textId="77777777" w:rsidR="006A1F76" w:rsidRPr="00A8702F" w:rsidRDefault="00000000" w:rsidP="00A8702F">
            <w:pPr>
              <w:contextualSpacing/>
              <w:jc w:val="center"/>
              <w:rPr>
                <w:sz w:val="22"/>
              </w:rPr>
            </w:pPr>
            <w:r w:rsidRPr="00A8702F">
              <w:rPr>
                <w:sz w:val="22"/>
              </w:rPr>
              <w:t>223</w:t>
            </w:r>
          </w:p>
        </w:tc>
        <w:tc>
          <w:tcPr>
            <w:tcW w:w="2852" w:type="dxa"/>
          </w:tcPr>
          <w:p w14:paraId="529600F3" w14:textId="77777777" w:rsidR="006A1F76" w:rsidRPr="00A8702F" w:rsidRDefault="00000000" w:rsidP="00A8702F">
            <w:pPr>
              <w:contextualSpacing/>
              <w:jc w:val="center"/>
              <w:rPr>
                <w:sz w:val="22"/>
              </w:rPr>
            </w:pPr>
            <w:r w:rsidRPr="00A8702F">
              <w:rPr>
                <w:sz w:val="22"/>
              </w:rPr>
              <w:t>970</w:t>
            </w:r>
          </w:p>
        </w:tc>
      </w:tr>
      <w:tr w:rsidR="006A1F76" w:rsidRPr="00A8702F" w14:paraId="7DD85223" w14:textId="77777777" w:rsidTr="00A8702F">
        <w:trPr>
          <w:trHeight w:val="17"/>
        </w:trPr>
        <w:tc>
          <w:tcPr>
            <w:tcW w:w="1426" w:type="dxa"/>
          </w:tcPr>
          <w:p w14:paraId="729DE7E4" w14:textId="77777777" w:rsidR="006A1F76" w:rsidRPr="00A8702F" w:rsidRDefault="00000000" w:rsidP="00A8702F">
            <w:pPr>
              <w:contextualSpacing/>
              <w:jc w:val="center"/>
              <w:rPr>
                <w:sz w:val="22"/>
              </w:rPr>
            </w:pPr>
            <w:r w:rsidRPr="00A8702F">
              <w:rPr>
                <w:sz w:val="22"/>
              </w:rPr>
              <w:t>5</w:t>
            </w:r>
          </w:p>
        </w:tc>
        <w:tc>
          <w:tcPr>
            <w:tcW w:w="3423" w:type="dxa"/>
          </w:tcPr>
          <w:p w14:paraId="7748B5E3" w14:textId="77777777" w:rsidR="006A1F76" w:rsidRPr="00A8702F" w:rsidRDefault="00000000" w:rsidP="00A8702F">
            <w:pPr>
              <w:contextualSpacing/>
              <w:jc w:val="center"/>
              <w:rPr>
                <w:sz w:val="22"/>
              </w:rPr>
            </w:pPr>
            <w:r w:rsidRPr="00A8702F">
              <w:rPr>
                <w:sz w:val="22"/>
              </w:rPr>
              <w:t>17,067</w:t>
            </w:r>
          </w:p>
        </w:tc>
        <w:tc>
          <w:tcPr>
            <w:tcW w:w="2852" w:type="dxa"/>
          </w:tcPr>
          <w:p w14:paraId="3189AF75" w14:textId="77777777" w:rsidR="006A1F76" w:rsidRPr="00A8702F" w:rsidRDefault="00000000" w:rsidP="00A8702F">
            <w:pPr>
              <w:contextualSpacing/>
              <w:jc w:val="center"/>
              <w:rPr>
                <w:sz w:val="22"/>
              </w:rPr>
            </w:pPr>
            <w:r w:rsidRPr="00A8702F">
              <w:rPr>
                <w:sz w:val="22"/>
              </w:rPr>
              <w:t>756</w:t>
            </w:r>
          </w:p>
        </w:tc>
        <w:tc>
          <w:tcPr>
            <w:tcW w:w="2852" w:type="dxa"/>
          </w:tcPr>
          <w:p w14:paraId="7BE8521C" w14:textId="77777777" w:rsidR="006A1F76" w:rsidRPr="00A8702F" w:rsidRDefault="00000000" w:rsidP="00A8702F">
            <w:pPr>
              <w:contextualSpacing/>
              <w:jc w:val="center"/>
              <w:rPr>
                <w:sz w:val="22"/>
              </w:rPr>
            </w:pPr>
            <w:r w:rsidRPr="00A8702F">
              <w:rPr>
                <w:sz w:val="22"/>
              </w:rPr>
              <w:t>213</w:t>
            </w:r>
          </w:p>
        </w:tc>
        <w:tc>
          <w:tcPr>
            <w:tcW w:w="2852" w:type="dxa"/>
          </w:tcPr>
          <w:p w14:paraId="3DD8DEFD" w14:textId="77777777" w:rsidR="006A1F76" w:rsidRPr="00A8702F" w:rsidRDefault="00000000" w:rsidP="00A8702F">
            <w:pPr>
              <w:contextualSpacing/>
              <w:jc w:val="center"/>
              <w:rPr>
                <w:sz w:val="22"/>
              </w:rPr>
            </w:pPr>
            <w:r w:rsidRPr="00A8702F">
              <w:rPr>
                <w:sz w:val="22"/>
              </w:rPr>
              <w:t>970</w:t>
            </w:r>
          </w:p>
        </w:tc>
      </w:tr>
      <w:tr w:rsidR="006A1F76" w:rsidRPr="00A8702F" w14:paraId="28ADB503" w14:textId="77777777" w:rsidTr="00A8702F">
        <w:trPr>
          <w:trHeight w:val="17"/>
        </w:trPr>
        <w:tc>
          <w:tcPr>
            <w:tcW w:w="1426" w:type="dxa"/>
          </w:tcPr>
          <w:p w14:paraId="6DDB914C" w14:textId="77777777" w:rsidR="006A1F76" w:rsidRPr="00A8702F" w:rsidRDefault="00000000" w:rsidP="00A8702F">
            <w:pPr>
              <w:contextualSpacing/>
              <w:jc w:val="center"/>
              <w:rPr>
                <w:sz w:val="22"/>
              </w:rPr>
            </w:pPr>
            <w:r w:rsidRPr="00A8702F">
              <w:rPr>
                <w:sz w:val="22"/>
              </w:rPr>
              <w:t>6</w:t>
            </w:r>
          </w:p>
        </w:tc>
        <w:tc>
          <w:tcPr>
            <w:tcW w:w="3423" w:type="dxa"/>
          </w:tcPr>
          <w:p w14:paraId="22D33DB9" w14:textId="77777777" w:rsidR="006A1F76" w:rsidRPr="00A8702F" w:rsidRDefault="00000000" w:rsidP="00A8702F">
            <w:pPr>
              <w:contextualSpacing/>
              <w:jc w:val="center"/>
              <w:rPr>
                <w:sz w:val="22"/>
              </w:rPr>
            </w:pPr>
            <w:r w:rsidRPr="00A8702F">
              <w:rPr>
                <w:sz w:val="22"/>
              </w:rPr>
              <w:t>16,310</w:t>
            </w:r>
          </w:p>
        </w:tc>
        <w:tc>
          <w:tcPr>
            <w:tcW w:w="2852" w:type="dxa"/>
          </w:tcPr>
          <w:p w14:paraId="71C9A4C5" w14:textId="77777777" w:rsidR="006A1F76" w:rsidRPr="00A8702F" w:rsidRDefault="00000000" w:rsidP="00A8702F">
            <w:pPr>
              <w:contextualSpacing/>
              <w:jc w:val="center"/>
              <w:rPr>
                <w:sz w:val="22"/>
              </w:rPr>
            </w:pPr>
            <w:r w:rsidRPr="00A8702F">
              <w:rPr>
                <w:sz w:val="22"/>
              </w:rPr>
              <w:t>766</w:t>
            </w:r>
          </w:p>
        </w:tc>
        <w:tc>
          <w:tcPr>
            <w:tcW w:w="2852" w:type="dxa"/>
          </w:tcPr>
          <w:p w14:paraId="50AD7B8C" w14:textId="77777777" w:rsidR="006A1F76" w:rsidRPr="00A8702F" w:rsidRDefault="00000000" w:rsidP="00A8702F">
            <w:pPr>
              <w:contextualSpacing/>
              <w:jc w:val="center"/>
              <w:rPr>
                <w:sz w:val="22"/>
              </w:rPr>
            </w:pPr>
            <w:r w:rsidRPr="00A8702F">
              <w:rPr>
                <w:sz w:val="22"/>
              </w:rPr>
              <w:t>204</w:t>
            </w:r>
          </w:p>
        </w:tc>
        <w:tc>
          <w:tcPr>
            <w:tcW w:w="2852" w:type="dxa"/>
          </w:tcPr>
          <w:p w14:paraId="1820ADD6" w14:textId="77777777" w:rsidR="006A1F76" w:rsidRPr="00A8702F" w:rsidRDefault="00000000" w:rsidP="00A8702F">
            <w:pPr>
              <w:contextualSpacing/>
              <w:jc w:val="center"/>
              <w:rPr>
                <w:sz w:val="22"/>
              </w:rPr>
            </w:pPr>
            <w:r w:rsidRPr="00A8702F">
              <w:rPr>
                <w:sz w:val="22"/>
              </w:rPr>
              <w:t>970</w:t>
            </w:r>
          </w:p>
        </w:tc>
      </w:tr>
      <w:tr w:rsidR="006A1F76" w:rsidRPr="00A8702F" w14:paraId="4326A201" w14:textId="77777777" w:rsidTr="00A8702F">
        <w:trPr>
          <w:trHeight w:val="17"/>
        </w:trPr>
        <w:tc>
          <w:tcPr>
            <w:tcW w:w="1426" w:type="dxa"/>
          </w:tcPr>
          <w:p w14:paraId="6F74D8FD" w14:textId="77777777" w:rsidR="006A1F76" w:rsidRPr="00A8702F" w:rsidRDefault="00000000" w:rsidP="00A8702F">
            <w:pPr>
              <w:contextualSpacing/>
              <w:jc w:val="center"/>
              <w:rPr>
                <w:sz w:val="22"/>
              </w:rPr>
            </w:pPr>
            <w:r w:rsidRPr="00A8702F">
              <w:rPr>
                <w:sz w:val="22"/>
              </w:rPr>
              <w:t>7</w:t>
            </w:r>
          </w:p>
        </w:tc>
        <w:tc>
          <w:tcPr>
            <w:tcW w:w="3423" w:type="dxa"/>
          </w:tcPr>
          <w:p w14:paraId="42D0A64B" w14:textId="77777777" w:rsidR="006A1F76" w:rsidRPr="00A8702F" w:rsidRDefault="00000000" w:rsidP="00A8702F">
            <w:pPr>
              <w:contextualSpacing/>
              <w:jc w:val="center"/>
              <w:rPr>
                <w:sz w:val="22"/>
              </w:rPr>
            </w:pPr>
            <w:r w:rsidRPr="00A8702F">
              <w:rPr>
                <w:sz w:val="22"/>
              </w:rPr>
              <w:t>15,544</w:t>
            </w:r>
          </w:p>
        </w:tc>
        <w:tc>
          <w:tcPr>
            <w:tcW w:w="2852" w:type="dxa"/>
          </w:tcPr>
          <w:p w14:paraId="7D2BC341" w14:textId="77777777" w:rsidR="006A1F76" w:rsidRPr="00A8702F" w:rsidRDefault="00000000" w:rsidP="00A8702F">
            <w:pPr>
              <w:contextualSpacing/>
              <w:jc w:val="center"/>
              <w:rPr>
                <w:sz w:val="22"/>
              </w:rPr>
            </w:pPr>
            <w:r w:rsidRPr="00A8702F">
              <w:rPr>
                <w:sz w:val="22"/>
              </w:rPr>
              <w:t>775</w:t>
            </w:r>
          </w:p>
        </w:tc>
        <w:tc>
          <w:tcPr>
            <w:tcW w:w="2852" w:type="dxa"/>
          </w:tcPr>
          <w:p w14:paraId="4E8DAD35" w14:textId="77777777" w:rsidR="006A1F76" w:rsidRPr="00A8702F" w:rsidRDefault="00000000" w:rsidP="00A8702F">
            <w:pPr>
              <w:contextualSpacing/>
              <w:jc w:val="center"/>
              <w:rPr>
                <w:sz w:val="22"/>
              </w:rPr>
            </w:pPr>
            <w:r w:rsidRPr="00A8702F">
              <w:rPr>
                <w:sz w:val="22"/>
              </w:rPr>
              <w:t>194</w:t>
            </w:r>
          </w:p>
        </w:tc>
        <w:tc>
          <w:tcPr>
            <w:tcW w:w="2852" w:type="dxa"/>
          </w:tcPr>
          <w:p w14:paraId="3728DB20" w14:textId="77777777" w:rsidR="006A1F76" w:rsidRPr="00A8702F" w:rsidRDefault="00000000" w:rsidP="00A8702F">
            <w:pPr>
              <w:contextualSpacing/>
              <w:jc w:val="center"/>
              <w:rPr>
                <w:sz w:val="22"/>
              </w:rPr>
            </w:pPr>
            <w:r w:rsidRPr="00A8702F">
              <w:rPr>
                <w:sz w:val="22"/>
              </w:rPr>
              <w:t>970</w:t>
            </w:r>
          </w:p>
        </w:tc>
      </w:tr>
      <w:tr w:rsidR="006A1F76" w:rsidRPr="00A8702F" w14:paraId="3475F955" w14:textId="77777777" w:rsidTr="00A8702F">
        <w:trPr>
          <w:trHeight w:val="17"/>
        </w:trPr>
        <w:tc>
          <w:tcPr>
            <w:tcW w:w="1426" w:type="dxa"/>
          </w:tcPr>
          <w:p w14:paraId="03853697" w14:textId="77777777" w:rsidR="006A1F76" w:rsidRPr="00A8702F" w:rsidRDefault="00000000" w:rsidP="00A8702F">
            <w:pPr>
              <w:contextualSpacing/>
              <w:jc w:val="center"/>
              <w:rPr>
                <w:sz w:val="22"/>
              </w:rPr>
            </w:pPr>
            <w:r w:rsidRPr="00A8702F">
              <w:rPr>
                <w:sz w:val="22"/>
              </w:rPr>
              <w:t>8</w:t>
            </w:r>
          </w:p>
        </w:tc>
        <w:tc>
          <w:tcPr>
            <w:tcW w:w="3423" w:type="dxa"/>
          </w:tcPr>
          <w:p w14:paraId="41274FED" w14:textId="77777777" w:rsidR="006A1F76" w:rsidRPr="00A8702F" w:rsidRDefault="00000000" w:rsidP="00A8702F">
            <w:pPr>
              <w:contextualSpacing/>
              <w:jc w:val="center"/>
              <w:rPr>
                <w:sz w:val="22"/>
              </w:rPr>
            </w:pPr>
            <w:r w:rsidRPr="00A8702F">
              <w:rPr>
                <w:sz w:val="22"/>
              </w:rPr>
              <w:t>14,769</w:t>
            </w:r>
          </w:p>
        </w:tc>
        <w:tc>
          <w:tcPr>
            <w:tcW w:w="2852" w:type="dxa"/>
          </w:tcPr>
          <w:p w14:paraId="29CAFD07" w14:textId="77777777" w:rsidR="006A1F76" w:rsidRPr="00A8702F" w:rsidRDefault="00000000" w:rsidP="00A8702F">
            <w:pPr>
              <w:contextualSpacing/>
              <w:jc w:val="center"/>
              <w:rPr>
                <w:sz w:val="22"/>
              </w:rPr>
            </w:pPr>
            <w:r w:rsidRPr="00A8702F">
              <w:rPr>
                <w:sz w:val="22"/>
              </w:rPr>
              <w:t>785</w:t>
            </w:r>
          </w:p>
        </w:tc>
        <w:tc>
          <w:tcPr>
            <w:tcW w:w="2852" w:type="dxa"/>
          </w:tcPr>
          <w:p w14:paraId="79B6DC27" w14:textId="77777777" w:rsidR="006A1F76" w:rsidRPr="00A8702F" w:rsidRDefault="00000000" w:rsidP="00A8702F">
            <w:pPr>
              <w:contextualSpacing/>
              <w:jc w:val="center"/>
              <w:rPr>
                <w:sz w:val="22"/>
              </w:rPr>
            </w:pPr>
            <w:r w:rsidRPr="00A8702F">
              <w:rPr>
                <w:sz w:val="22"/>
              </w:rPr>
              <w:t>185</w:t>
            </w:r>
          </w:p>
        </w:tc>
        <w:tc>
          <w:tcPr>
            <w:tcW w:w="2852" w:type="dxa"/>
          </w:tcPr>
          <w:p w14:paraId="3BF2F57B" w14:textId="77777777" w:rsidR="006A1F76" w:rsidRPr="00A8702F" w:rsidRDefault="00000000" w:rsidP="00A8702F">
            <w:pPr>
              <w:contextualSpacing/>
              <w:jc w:val="center"/>
              <w:rPr>
                <w:sz w:val="22"/>
              </w:rPr>
            </w:pPr>
            <w:r w:rsidRPr="00A8702F">
              <w:rPr>
                <w:sz w:val="22"/>
              </w:rPr>
              <w:t>970</w:t>
            </w:r>
          </w:p>
        </w:tc>
      </w:tr>
      <w:tr w:rsidR="006A1F76" w:rsidRPr="00A8702F" w14:paraId="17B0533B" w14:textId="77777777" w:rsidTr="00A8702F">
        <w:trPr>
          <w:trHeight w:val="17"/>
        </w:trPr>
        <w:tc>
          <w:tcPr>
            <w:tcW w:w="1426" w:type="dxa"/>
          </w:tcPr>
          <w:p w14:paraId="089009E4" w14:textId="77777777" w:rsidR="006A1F76" w:rsidRPr="00A8702F" w:rsidRDefault="00000000" w:rsidP="00A8702F">
            <w:pPr>
              <w:contextualSpacing/>
              <w:jc w:val="center"/>
              <w:rPr>
                <w:sz w:val="22"/>
              </w:rPr>
            </w:pPr>
            <w:r w:rsidRPr="00A8702F">
              <w:rPr>
                <w:sz w:val="22"/>
              </w:rPr>
              <w:t>9</w:t>
            </w:r>
          </w:p>
        </w:tc>
        <w:tc>
          <w:tcPr>
            <w:tcW w:w="3423" w:type="dxa"/>
          </w:tcPr>
          <w:p w14:paraId="31F74FA7" w14:textId="77777777" w:rsidR="006A1F76" w:rsidRPr="00A8702F" w:rsidRDefault="00000000" w:rsidP="00A8702F">
            <w:pPr>
              <w:contextualSpacing/>
              <w:jc w:val="center"/>
              <w:rPr>
                <w:sz w:val="22"/>
              </w:rPr>
            </w:pPr>
            <w:r w:rsidRPr="00A8702F">
              <w:rPr>
                <w:sz w:val="22"/>
              </w:rPr>
              <w:t>13,984</w:t>
            </w:r>
          </w:p>
        </w:tc>
        <w:tc>
          <w:tcPr>
            <w:tcW w:w="2852" w:type="dxa"/>
          </w:tcPr>
          <w:p w14:paraId="39F7C2C6" w14:textId="77777777" w:rsidR="006A1F76" w:rsidRPr="00A8702F" w:rsidRDefault="00000000" w:rsidP="00A8702F">
            <w:pPr>
              <w:contextualSpacing/>
              <w:jc w:val="center"/>
              <w:rPr>
                <w:sz w:val="22"/>
              </w:rPr>
            </w:pPr>
            <w:r w:rsidRPr="00A8702F">
              <w:rPr>
                <w:sz w:val="22"/>
              </w:rPr>
              <w:t>795</w:t>
            </w:r>
          </w:p>
        </w:tc>
        <w:tc>
          <w:tcPr>
            <w:tcW w:w="2852" w:type="dxa"/>
          </w:tcPr>
          <w:p w14:paraId="40805059" w14:textId="77777777" w:rsidR="006A1F76" w:rsidRPr="00A8702F" w:rsidRDefault="00000000" w:rsidP="00A8702F">
            <w:pPr>
              <w:contextualSpacing/>
              <w:jc w:val="center"/>
              <w:rPr>
                <w:sz w:val="22"/>
              </w:rPr>
            </w:pPr>
            <w:r w:rsidRPr="00A8702F">
              <w:rPr>
                <w:sz w:val="22"/>
              </w:rPr>
              <w:t>175</w:t>
            </w:r>
          </w:p>
        </w:tc>
        <w:tc>
          <w:tcPr>
            <w:tcW w:w="2852" w:type="dxa"/>
          </w:tcPr>
          <w:p w14:paraId="0578C3AD" w14:textId="77777777" w:rsidR="006A1F76" w:rsidRPr="00A8702F" w:rsidRDefault="00000000" w:rsidP="00A8702F">
            <w:pPr>
              <w:contextualSpacing/>
              <w:jc w:val="center"/>
              <w:rPr>
                <w:sz w:val="22"/>
              </w:rPr>
            </w:pPr>
            <w:r w:rsidRPr="00A8702F">
              <w:rPr>
                <w:sz w:val="22"/>
              </w:rPr>
              <w:t>970</w:t>
            </w:r>
          </w:p>
        </w:tc>
      </w:tr>
      <w:tr w:rsidR="006A1F76" w:rsidRPr="00A8702F" w14:paraId="5C575103" w14:textId="77777777" w:rsidTr="00A8702F">
        <w:trPr>
          <w:trHeight w:val="17"/>
        </w:trPr>
        <w:tc>
          <w:tcPr>
            <w:tcW w:w="1426" w:type="dxa"/>
          </w:tcPr>
          <w:p w14:paraId="446DE71A" w14:textId="77777777" w:rsidR="006A1F76" w:rsidRPr="00A8702F" w:rsidRDefault="00000000" w:rsidP="00A8702F">
            <w:pPr>
              <w:contextualSpacing/>
              <w:jc w:val="center"/>
              <w:rPr>
                <w:sz w:val="22"/>
              </w:rPr>
            </w:pPr>
            <w:r w:rsidRPr="00A8702F">
              <w:rPr>
                <w:sz w:val="22"/>
              </w:rPr>
              <w:t>10</w:t>
            </w:r>
          </w:p>
        </w:tc>
        <w:tc>
          <w:tcPr>
            <w:tcW w:w="3423" w:type="dxa"/>
          </w:tcPr>
          <w:p w14:paraId="4B459773" w14:textId="77777777" w:rsidR="006A1F76" w:rsidRPr="00A8702F" w:rsidRDefault="00000000" w:rsidP="00A8702F">
            <w:pPr>
              <w:contextualSpacing/>
              <w:jc w:val="center"/>
              <w:rPr>
                <w:sz w:val="22"/>
              </w:rPr>
            </w:pPr>
            <w:r w:rsidRPr="00A8702F">
              <w:rPr>
                <w:sz w:val="22"/>
              </w:rPr>
              <w:t>13,189</w:t>
            </w:r>
          </w:p>
        </w:tc>
        <w:tc>
          <w:tcPr>
            <w:tcW w:w="2852" w:type="dxa"/>
          </w:tcPr>
          <w:p w14:paraId="2800D342" w14:textId="77777777" w:rsidR="006A1F76" w:rsidRPr="00A8702F" w:rsidRDefault="00000000" w:rsidP="00A8702F">
            <w:pPr>
              <w:contextualSpacing/>
              <w:jc w:val="center"/>
              <w:rPr>
                <w:sz w:val="22"/>
              </w:rPr>
            </w:pPr>
            <w:r w:rsidRPr="00A8702F">
              <w:rPr>
                <w:sz w:val="22"/>
              </w:rPr>
              <w:t>805</w:t>
            </w:r>
          </w:p>
        </w:tc>
        <w:tc>
          <w:tcPr>
            <w:tcW w:w="2852" w:type="dxa"/>
          </w:tcPr>
          <w:p w14:paraId="2186202D" w14:textId="77777777" w:rsidR="006A1F76" w:rsidRPr="00A8702F" w:rsidRDefault="00000000" w:rsidP="00A8702F">
            <w:pPr>
              <w:contextualSpacing/>
              <w:jc w:val="center"/>
              <w:rPr>
                <w:sz w:val="22"/>
              </w:rPr>
            </w:pPr>
            <w:r w:rsidRPr="00A8702F">
              <w:rPr>
                <w:sz w:val="22"/>
              </w:rPr>
              <w:t>165</w:t>
            </w:r>
          </w:p>
        </w:tc>
        <w:tc>
          <w:tcPr>
            <w:tcW w:w="2852" w:type="dxa"/>
          </w:tcPr>
          <w:p w14:paraId="2EE65597" w14:textId="77777777" w:rsidR="006A1F76" w:rsidRPr="00A8702F" w:rsidRDefault="00000000" w:rsidP="00A8702F">
            <w:pPr>
              <w:contextualSpacing/>
              <w:jc w:val="center"/>
              <w:rPr>
                <w:sz w:val="22"/>
              </w:rPr>
            </w:pPr>
            <w:r w:rsidRPr="00A8702F">
              <w:rPr>
                <w:sz w:val="22"/>
              </w:rPr>
              <w:t>970</w:t>
            </w:r>
          </w:p>
        </w:tc>
      </w:tr>
      <w:tr w:rsidR="006A1F76" w:rsidRPr="00A8702F" w14:paraId="314D3F8B" w14:textId="77777777" w:rsidTr="00A8702F">
        <w:trPr>
          <w:trHeight w:val="17"/>
        </w:trPr>
        <w:tc>
          <w:tcPr>
            <w:tcW w:w="1426" w:type="dxa"/>
          </w:tcPr>
          <w:p w14:paraId="735DA4F4" w14:textId="77777777" w:rsidR="006A1F76" w:rsidRPr="00A8702F" w:rsidRDefault="00000000" w:rsidP="00A8702F">
            <w:pPr>
              <w:contextualSpacing/>
              <w:jc w:val="center"/>
              <w:rPr>
                <w:sz w:val="22"/>
              </w:rPr>
            </w:pPr>
            <w:r w:rsidRPr="00A8702F">
              <w:rPr>
                <w:sz w:val="22"/>
              </w:rPr>
              <w:t>11</w:t>
            </w:r>
          </w:p>
        </w:tc>
        <w:tc>
          <w:tcPr>
            <w:tcW w:w="3423" w:type="dxa"/>
          </w:tcPr>
          <w:p w14:paraId="6F3E7936" w14:textId="77777777" w:rsidR="006A1F76" w:rsidRPr="00A8702F" w:rsidRDefault="00000000" w:rsidP="00A8702F">
            <w:pPr>
              <w:contextualSpacing/>
              <w:jc w:val="center"/>
              <w:rPr>
                <w:sz w:val="22"/>
              </w:rPr>
            </w:pPr>
            <w:r w:rsidRPr="00A8702F">
              <w:rPr>
                <w:sz w:val="22"/>
              </w:rPr>
              <w:t>12,384</w:t>
            </w:r>
          </w:p>
        </w:tc>
        <w:tc>
          <w:tcPr>
            <w:tcW w:w="2852" w:type="dxa"/>
          </w:tcPr>
          <w:p w14:paraId="4145874D" w14:textId="77777777" w:rsidR="006A1F76" w:rsidRPr="00A8702F" w:rsidRDefault="00000000" w:rsidP="00A8702F">
            <w:pPr>
              <w:contextualSpacing/>
              <w:jc w:val="center"/>
              <w:rPr>
                <w:sz w:val="22"/>
              </w:rPr>
            </w:pPr>
            <w:r w:rsidRPr="00A8702F">
              <w:rPr>
                <w:sz w:val="22"/>
              </w:rPr>
              <w:t>815</w:t>
            </w:r>
          </w:p>
        </w:tc>
        <w:tc>
          <w:tcPr>
            <w:tcW w:w="2852" w:type="dxa"/>
          </w:tcPr>
          <w:p w14:paraId="71A6816C" w14:textId="77777777" w:rsidR="006A1F76" w:rsidRPr="00A8702F" w:rsidRDefault="00000000" w:rsidP="00A8702F">
            <w:pPr>
              <w:contextualSpacing/>
              <w:jc w:val="center"/>
              <w:rPr>
                <w:sz w:val="22"/>
              </w:rPr>
            </w:pPr>
            <w:r w:rsidRPr="00A8702F">
              <w:rPr>
                <w:sz w:val="22"/>
              </w:rPr>
              <w:t>155</w:t>
            </w:r>
          </w:p>
        </w:tc>
        <w:tc>
          <w:tcPr>
            <w:tcW w:w="2852" w:type="dxa"/>
          </w:tcPr>
          <w:p w14:paraId="0AFA9B73" w14:textId="77777777" w:rsidR="006A1F76" w:rsidRPr="00A8702F" w:rsidRDefault="00000000" w:rsidP="00A8702F">
            <w:pPr>
              <w:contextualSpacing/>
              <w:jc w:val="center"/>
              <w:rPr>
                <w:sz w:val="22"/>
              </w:rPr>
            </w:pPr>
            <w:r w:rsidRPr="00A8702F">
              <w:rPr>
                <w:sz w:val="22"/>
              </w:rPr>
              <w:t>970</w:t>
            </w:r>
          </w:p>
        </w:tc>
      </w:tr>
      <w:tr w:rsidR="006A1F76" w:rsidRPr="00A8702F" w14:paraId="03C15D1D" w14:textId="77777777" w:rsidTr="00A8702F">
        <w:trPr>
          <w:trHeight w:val="17"/>
        </w:trPr>
        <w:tc>
          <w:tcPr>
            <w:tcW w:w="1426" w:type="dxa"/>
          </w:tcPr>
          <w:p w14:paraId="4B73E586" w14:textId="77777777" w:rsidR="006A1F76" w:rsidRPr="00A8702F" w:rsidRDefault="00000000" w:rsidP="00A8702F">
            <w:pPr>
              <w:contextualSpacing/>
              <w:jc w:val="center"/>
              <w:rPr>
                <w:sz w:val="22"/>
              </w:rPr>
            </w:pPr>
            <w:r w:rsidRPr="00A8702F">
              <w:rPr>
                <w:sz w:val="22"/>
              </w:rPr>
              <w:t>12</w:t>
            </w:r>
          </w:p>
        </w:tc>
        <w:tc>
          <w:tcPr>
            <w:tcW w:w="3423" w:type="dxa"/>
          </w:tcPr>
          <w:p w14:paraId="16BEF849" w14:textId="77777777" w:rsidR="006A1F76" w:rsidRPr="00A8702F" w:rsidRDefault="00000000" w:rsidP="00A8702F">
            <w:pPr>
              <w:contextualSpacing/>
              <w:jc w:val="center"/>
              <w:rPr>
                <w:sz w:val="22"/>
              </w:rPr>
            </w:pPr>
            <w:r w:rsidRPr="00A8702F">
              <w:rPr>
                <w:sz w:val="22"/>
              </w:rPr>
              <w:t>11,569</w:t>
            </w:r>
          </w:p>
        </w:tc>
        <w:tc>
          <w:tcPr>
            <w:tcW w:w="2852" w:type="dxa"/>
          </w:tcPr>
          <w:p w14:paraId="531D4B88" w14:textId="77777777" w:rsidR="006A1F76" w:rsidRPr="00A8702F" w:rsidRDefault="00000000" w:rsidP="00A8702F">
            <w:pPr>
              <w:contextualSpacing/>
              <w:jc w:val="center"/>
              <w:rPr>
                <w:sz w:val="22"/>
              </w:rPr>
            </w:pPr>
            <w:r w:rsidRPr="00A8702F">
              <w:rPr>
                <w:sz w:val="22"/>
              </w:rPr>
              <w:t>825</w:t>
            </w:r>
          </w:p>
        </w:tc>
        <w:tc>
          <w:tcPr>
            <w:tcW w:w="2852" w:type="dxa"/>
          </w:tcPr>
          <w:p w14:paraId="6BE4B831" w14:textId="77777777" w:rsidR="006A1F76" w:rsidRPr="00A8702F" w:rsidRDefault="00000000" w:rsidP="00A8702F">
            <w:pPr>
              <w:contextualSpacing/>
              <w:jc w:val="center"/>
              <w:rPr>
                <w:sz w:val="22"/>
              </w:rPr>
            </w:pPr>
            <w:r w:rsidRPr="00A8702F">
              <w:rPr>
                <w:sz w:val="22"/>
              </w:rPr>
              <w:t>145</w:t>
            </w:r>
          </w:p>
        </w:tc>
        <w:tc>
          <w:tcPr>
            <w:tcW w:w="2852" w:type="dxa"/>
          </w:tcPr>
          <w:p w14:paraId="6AA0CAB0" w14:textId="77777777" w:rsidR="006A1F76" w:rsidRPr="00A8702F" w:rsidRDefault="00000000" w:rsidP="00A8702F">
            <w:pPr>
              <w:contextualSpacing/>
              <w:jc w:val="center"/>
              <w:rPr>
                <w:sz w:val="22"/>
              </w:rPr>
            </w:pPr>
            <w:r w:rsidRPr="00A8702F">
              <w:rPr>
                <w:sz w:val="22"/>
              </w:rPr>
              <w:t>970</w:t>
            </w:r>
          </w:p>
        </w:tc>
      </w:tr>
      <w:tr w:rsidR="006A1F76" w:rsidRPr="00A8702F" w14:paraId="72F3E7A0" w14:textId="77777777" w:rsidTr="00A8702F">
        <w:trPr>
          <w:trHeight w:val="17"/>
        </w:trPr>
        <w:tc>
          <w:tcPr>
            <w:tcW w:w="1426" w:type="dxa"/>
          </w:tcPr>
          <w:p w14:paraId="39F18D26" w14:textId="77777777" w:rsidR="006A1F76" w:rsidRPr="00A8702F" w:rsidRDefault="00000000" w:rsidP="00A8702F">
            <w:pPr>
              <w:contextualSpacing/>
              <w:jc w:val="center"/>
              <w:rPr>
                <w:sz w:val="22"/>
              </w:rPr>
            </w:pPr>
            <w:r w:rsidRPr="00A8702F">
              <w:rPr>
                <w:sz w:val="22"/>
              </w:rPr>
              <w:t>13</w:t>
            </w:r>
          </w:p>
        </w:tc>
        <w:tc>
          <w:tcPr>
            <w:tcW w:w="3423" w:type="dxa"/>
          </w:tcPr>
          <w:p w14:paraId="6C4ED0D3" w14:textId="77777777" w:rsidR="006A1F76" w:rsidRPr="00A8702F" w:rsidRDefault="00000000" w:rsidP="00A8702F">
            <w:pPr>
              <w:contextualSpacing/>
              <w:jc w:val="center"/>
              <w:rPr>
                <w:sz w:val="22"/>
              </w:rPr>
            </w:pPr>
            <w:r w:rsidRPr="00A8702F">
              <w:rPr>
                <w:sz w:val="22"/>
              </w:rPr>
              <w:t>10,744</w:t>
            </w:r>
          </w:p>
        </w:tc>
        <w:tc>
          <w:tcPr>
            <w:tcW w:w="2852" w:type="dxa"/>
          </w:tcPr>
          <w:p w14:paraId="5B34CD2A" w14:textId="77777777" w:rsidR="006A1F76" w:rsidRPr="00A8702F" w:rsidRDefault="00000000" w:rsidP="00A8702F">
            <w:pPr>
              <w:contextualSpacing/>
              <w:jc w:val="center"/>
              <w:rPr>
                <w:sz w:val="22"/>
              </w:rPr>
            </w:pPr>
            <w:r w:rsidRPr="00A8702F">
              <w:rPr>
                <w:sz w:val="22"/>
              </w:rPr>
              <w:t>835</w:t>
            </w:r>
          </w:p>
        </w:tc>
        <w:tc>
          <w:tcPr>
            <w:tcW w:w="2852" w:type="dxa"/>
          </w:tcPr>
          <w:p w14:paraId="5E7BE1F9" w14:textId="77777777" w:rsidR="006A1F76" w:rsidRPr="00A8702F" w:rsidRDefault="00000000" w:rsidP="00A8702F">
            <w:pPr>
              <w:contextualSpacing/>
              <w:jc w:val="center"/>
              <w:rPr>
                <w:sz w:val="22"/>
              </w:rPr>
            </w:pPr>
            <w:r w:rsidRPr="00A8702F">
              <w:rPr>
                <w:sz w:val="22"/>
              </w:rPr>
              <w:t>134</w:t>
            </w:r>
          </w:p>
        </w:tc>
        <w:tc>
          <w:tcPr>
            <w:tcW w:w="2852" w:type="dxa"/>
          </w:tcPr>
          <w:p w14:paraId="33F62652" w14:textId="77777777" w:rsidR="006A1F76" w:rsidRPr="00A8702F" w:rsidRDefault="00000000" w:rsidP="00A8702F">
            <w:pPr>
              <w:contextualSpacing/>
              <w:jc w:val="center"/>
              <w:rPr>
                <w:sz w:val="22"/>
              </w:rPr>
            </w:pPr>
            <w:r w:rsidRPr="00A8702F">
              <w:rPr>
                <w:sz w:val="22"/>
              </w:rPr>
              <w:t>970</w:t>
            </w:r>
          </w:p>
        </w:tc>
      </w:tr>
      <w:tr w:rsidR="006A1F76" w:rsidRPr="00A8702F" w14:paraId="0FDD85C8" w14:textId="77777777" w:rsidTr="00A8702F">
        <w:trPr>
          <w:trHeight w:val="17"/>
        </w:trPr>
        <w:tc>
          <w:tcPr>
            <w:tcW w:w="1426" w:type="dxa"/>
          </w:tcPr>
          <w:p w14:paraId="4E1E336A" w14:textId="77777777" w:rsidR="006A1F76" w:rsidRPr="00A8702F" w:rsidRDefault="00000000" w:rsidP="00A8702F">
            <w:pPr>
              <w:contextualSpacing/>
              <w:jc w:val="center"/>
              <w:rPr>
                <w:sz w:val="22"/>
              </w:rPr>
            </w:pPr>
            <w:r w:rsidRPr="00A8702F">
              <w:rPr>
                <w:sz w:val="22"/>
              </w:rPr>
              <w:t>14</w:t>
            </w:r>
          </w:p>
        </w:tc>
        <w:tc>
          <w:tcPr>
            <w:tcW w:w="3423" w:type="dxa"/>
          </w:tcPr>
          <w:p w14:paraId="6D723A03" w14:textId="77777777" w:rsidR="006A1F76" w:rsidRPr="00A8702F" w:rsidRDefault="00000000" w:rsidP="00A8702F">
            <w:pPr>
              <w:contextualSpacing/>
              <w:jc w:val="center"/>
              <w:rPr>
                <w:sz w:val="22"/>
              </w:rPr>
            </w:pPr>
            <w:r w:rsidRPr="00A8702F">
              <w:rPr>
                <w:sz w:val="22"/>
              </w:rPr>
              <w:t>9,909</w:t>
            </w:r>
          </w:p>
        </w:tc>
        <w:tc>
          <w:tcPr>
            <w:tcW w:w="2852" w:type="dxa"/>
          </w:tcPr>
          <w:p w14:paraId="21610365" w14:textId="77777777" w:rsidR="006A1F76" w:rsidRPr="00A8702F" w:rsidRDefault="00000000" w:rsidP="00A8702F">
            <w:pPr>
              <w:contextualSpacing/>
              <w:jc w:val="center"/>
              <w:rPr>
                <w:sz w:val="22"/>
              </w:rPr>
            </w:pPr>
            <w:r w:rsidRPr="00A8702F">
              <w:rPr>
                <w:sz w:val="22"/>
              </w:rPr>
              <w:t>846</w:t>
            </w:r>
          </w:p>
        </w:tc>
        <w:tc>
          <w:tcPr>
            <w:tcW w:w="2852" w:type="dxa"/>
          </w:tcPr>
          <w:p w14:paraId="307C2F63" w14:textId="77777777" w:rsidR="006A1F76" w:rsidRPr="00A8702F" w:rsidRDefault="00000000" w:rsidP="00A8702F">
            <w:pPr>
              <w:contextualSpacing/>
              <w:jc w:val="center"/>
              <w:rPr>
                <w:sz w:val="22"/>
              </w:rPr>
            </w:pPr>
            <w:r w:rsidRPr="00A8702F">
              <w:rPr>
                <w:sz w:val="22"/>
              </w:rPr>
              <w:t>124</w:t>
            </w:r>
          </w:p>
        </w:tc>
        <w:tc>
          <w:tcPr>
            <w:tcW w:w="2852" w:type="dxa"/>
          </w:tcPr>
          <w:p w14:paraId="46ADA236" w14:textId="77777777" w:rsidR="006A1F76" w:rsidRPr="00A8702F" w:rsidRDefault="00000000" w:rsidP="00A8702F">
            <w:pPr>
              <w:contextualSpacing/>
              <w:jc w:val="center"/>
              <w:rPr>
                <w:sz w:val="22"/>
              </w:rPr>
            </w:pPr>
            <w:r w:rsidRPr="00A8702F">
              <w:rPr>
                <w:sz w:val="22"/>
              </w:rPr>
              <w:t>970</w:t>
            </w:r>
          </w:p>
        </w:tc>
      </w:tr>
      <w:tr w:rsidR="006A1F76" w:rsidRPr="00A8702F" w14:paraId="30FC5208" w14:textId="77777777" w:rsidTr="00A8702F">
        <w:trPr>
          <w:trHeight w:val="17"/>
        </w:trPr>
        <w:tc>
          <w:tcPr>
            <w:tcW w:w="1426" w:type="dxa"/>
          </w:tcPr>
          <w:p w14:paraId="33CFEC6B" w14:textId="77777777" w:rsidR="006A1F76" w:rsidRPr="00A8702F" w:rsidRDefault="00000000" w:rsidP="00A8702F">
            <w:pPr>
              <w:contextualSpacing/>
              <w:jc w:val="center"/>
              <w:rPr>
                <w:sz w:val="22"/>
              </w:rPr>
            </w:pPr>
            <w:r w:rsidRPr="00A8702F">
              <w:rPr>
                <w:sz w:val="22"/>
              </w:rPr>
              <w:t>15</w:t>
            </w:r>
          </w:p>
        </w:tc>
        <w:tc>
          <w:tcPr>
            <w:tcW w:w="3423" w:type="dxa"/>
          </w:tcPr>
          <w:p w14:paraId="5DAECD52" w14:textId="77777777" w:rsidR="006A1F76" w:rsidRPr="00A8702F" w:rsidRDefault="00000000" w:rsidP="00A8702F">
            <w:pPr>
              <w:contextualSpacing/>
              <w:jc w:val="center"/>
              <w:rPr>
                <w:sz w:val="22"/>
              </w:rPr>
            </w:pPr>
            <w:r w:rsidRPr="00A8702F">
              <w:rPr>
                <w:sz w:val="22"/>
              </w:rPr>
              <w:t>9,063</w:t>
            </w:r>
          </w:p>
        </w:tc>
        <w:tc>
          <w:tcPr>
            <w:tcW w:w="2852" w:type="dxa"/>
          </w:tcPr>
          <w:p w14:paraId="58D49981" w14:textId="77777777" w:rsidR="006A1F76" w:rsidRPr="00A8702F" w:rsidRDefault="00000000" w:rsidP="00A8702F">
            <w:pPr>
              <w:contextualSpacing/>
              <w:jc w:val="center"/>
              <w:rPr>
                <w:sz w:val="22"/>
              </w:rPr>
            </w:pPr>
            <w:r w:rsidRPr="00A8702F">
              <w:rPr>
                <w:sz w:val="22"/>
              </w:rPr>
              <w:t>856</w:t>
            </w:r>
          </w:p>
        </w:tc>
        <w:tc>
          <w:tcPr>
            <w:tcW w:w="2852" w:type="dxa"/>
          </w:tcPr>
          <w:p w14:paraId="63F14F84" w14:textId="77777777" w:rsidR="006A1F76" w:rsidRPr="00A8702F" w:rsidRDefault="00000000" w:rsidP="00A8702F">
            <w:pPr>
              <w:contextualSpacing/>
              <w:jc w:val="center"/>
              <w:rPr>
                <w:sz w:val="22"/>
              </w:rPr>
            </w:pPr>
            <w:r w:rsidRPr="00A8702F">
              <w:rPr>
                <w:sz w:val="22"/>
              </w:rPr>
              <w:t>113</w:t>
            </w:r>
          </w:p>
        </w:tc>
        <w:tc>
          <w:tcPr>
            <w:tcW w:w="2852" w:type="dxa"/>
          </w:tcPr>
          <w:p w14:paraId="2E78EEDD" w14:textId="77777777" w:rsidR="006A1F76" w:rsidRPr="00A8702F" w:rsidRDefault="00000000" w:rsidP="00A8702F">
            <w:pPr>
              <w:contextualSpacing/>
              <w:jc w:val="center"/>
              <w:rPr>
                <w:sz w:val="22"/>
              </w:rPr>
            </w:pPr>
            <w:r w:rsidRPr="00A8702F">
              <w:rPr>
                <w:sz w:val="22"/>
              </w:rPr>
              <w:t>970</w:t>
            </w:r>
          </w:p>
        </w:tc>
      </w:tr>
      <w:tr w:rsidR="006A1F76" w:rsidRPr="00A8702F" w14:paraId="1DA1F4EB" w14:textId="77777777" w:rsidTr="00A8702F">
        <w:trPr>
          <w:trHeight w:val="17"/>
        </w:trPr>
        <w:tc>
          <w:tcPr>
            <w:tcW w:w="1426" w:type="dxa"/>
          </w:tcPr>
          <w:p w14:paraId="0EB5E791" w14:textId="77777777" w:rsidR="006A1F76" w:rsidRPr="00A8702F" w:rsidRDefault="00000000" w:rsidP="00A8702F">
            <w:pPr>
              <w:contextualSpacing/>
              <w:jc w:val="center"/>
              <w:rPr>
                <w:sz w:val="22"/>
              </w:rPr>
            </w:pPr>
            <w:r w:rsidRPr="00A8702F">
              <w:rPr>
                <w:sz w:val="22"/>
              </w:rPr>
              <w:t>16</w:t>
            </w:r>
          </w:p>
        </w:tc>
        <w:tc>
          <w:tcPr>
            <w:tcW w:w="3423" w:type="dxa"/>
          </w:tcPr>
          <w:p w14:paraId="46579CE0" w14:textId="77777777" w:rsidR="006A1F76" w:rsidRPr="00A8702F" w:rsidRDefault="00000000" w:rsidP="00A8702F">
            <w:pPr>
              <w:contextualSpacing/>
              <w:jc w:val="center"/>
              <w:rPr>
                <w:sz w:val="22"/>
              </w:rPr>
            </w:pPr>
            <w:r w:rsidRPr="00A8702F">
              <w:rPr>
                <w:sz w:val="22"/>
              </w:rPr>
              <w:t>8,206</w:t>
            </w:r>
          </w:p>
        </w:tc>
        <w:tc>
          <w:tcPr>
            <w:tcW w:w="2852" w:type="dxa"/>
          </w:tcPr>
          <w:p w14:paraId="3157EDF7" w14:textId="77777777" w:rsidR="006A1F76" w:rsidRPr="00A8702F" w:rsidRDefault="00000000" w:rsidP="00A8702F">
            <w:pPr>
              <w:contextualSpacing/>
              <w:jc w:val="center"/>
              <w:rPr>
                <w:sz w:val="22"/>
              </w:rPr>
            </w:pPr>
            <w:r w:rsidRPr="00A8702F">
              <w:rPr>
                <w:sz w:val="22"/>
              </w:rPr>
              <w:t>867</w:t>
            </w:r>
          </w:p>
        </w:tc>
        <w:tc>
          <w:tcPr>
            <w:tcW w:w="2852" w:type="dxa"/>
          </w:tcPr>
          <w:p w14:paraId="49FB466E" w14:textId="77777777" w:rsidR="006A1F76" w:rsidRPr="00A8702F" w:rsidRDefault="00000000" w:rsidP="00A8702F">
            <w:pPr>
              <w:contextualSpacing/>
              <w:jc w:val="center"/>
              <w:rPr>
                <w:sz w:val="22"/>
              </w:rPr>
            </w:pPr>
            <w:r w:rsidRPr="00A8702F">
              <w:rPr>
                <w:sz w:val="22"/>
              </w:rPr>
              <w:t>103</w:t>
            </w:r>
          </w:p>
        </w:tc>
        <w:tc>
          <w:tcPr>
            <w:tcW w:w="2852" w:type="dxa"/>
          </w:tcPr>
          <w:p w14:paraId="73B58CC9" w14:textId="77777777" w:rsidR="006A1F76" w:rsidRPr="00A8702F" w:rsidRDefault="00000000" w:rsidP="00A8702F">
            <w:pPr>
              <w:contextualSpacing/>
              <w:jc w:val="center"/>
              <w:rPr>
                <w:sz w:val="22"/>
              </w:rPr>
            </w:pPr>
            <w:r w:rsidRPr="00A8702F">
              <w:rPr>
                <w:sz w:val="22"/>
              </w:rPr>
              <w:t>970</w:t>
            </w:r>
          </w:p>
        </w:tc>
      </w:tr>
      <w:tr w:rsidR="006A1F76" w:rsidRPr="00A8702F" w14:paraId="23DAF82E" w14:textId="77777777" w:rsidTr="00A8702F">
        <w:trPr>
          <w:trHeight w:val="17"/>
        </w:trPr>
        <w:tc>
          <w:tcPr>
            <w:tcW w:w="1426" w:type="dxa"/>
          </w:tcPr>
          <w:p w14:paraId="111B77A1" w14:textId="77777777" w:rsidR="006A1F76" w:rsidRPr="00A8702F" w:rsidRDefault="00000000" w:rsidP="00A8702F">
            <w:pPr>
              <w:contextualSpacing/>
              <w:jc w:val="center"/>
              <w:rPr>
                <w:sz w:val="22"/>
              </w:rPr>
            </w:pPr>
            <w:r w:rsidRPr="00A8702F">
              <w:rPr>
                <w:sz w:val="22"/>
              </w:rPr>
              <w:t>17</w:t>
            </w:r>
          </w:p>
        </w:tc>
        <w:tc>
          <w:tcPr>
            <w:tcW w:w="3423" w:type="dxa"/>
          </w:tcPr>
          <w:p w14:paraId="0CF31F2B" w14:textId="77777777" w:rsidR="006A1F76" w:rsidRPr="00A8702F" w:rsidRDefault="00000000" w:rsidP="00A8702F">
            <w:pPr>
              <w:contextualSpacing/>
              <w:jc w:val="center"/>
              <w:rPr>
                <w:sz w:val="22"/>
              </w:rPr>
            </w:pPr>
            <w:r w:rsidRPr="00A8702F">
              <w:rPr>
                <w:sz w:val="22"/>
              </w:rPr>
              <w:t>7,339</w:t>
            </w:r>
          </w:p>
        </w:tc>
        <w:tc>
          <w:tcPr>
            <w:tcW w:w="2852" w:type="dxa"/>
          </w:tcPr>
          <w:p w14:paraId="5AB664D0" w14:textId="77777777" w:rsidR="006A1F76" w:rsidRPr="00A8702F" w:rsidRDefault="00000000" w:rsidP="00A8702F">
            <w:pPr>
              <w:contextualSpacing/>
              <w:jc w:val="center"/>
              <w:rPr>
                <w:sz w:val="22"/>
              </w:rPr>
            </w:pPr>
            <w:r w:rsidRPr="00A8702F">
              <w:rPr>
                <w:sz w:val="22"/>
              </w:rPr>
              <w:t>878</w:t>
            </w:r>
          </w:p>
        </w:tc>
        <w:tc>
          <w:tcPr>
            <w:tcW w:w="2852" w:type="dxa"/>
          </w:tcPr>
          <w:p w14:paraId="54E323BA" w14:textId="77777777" w:rsidR="006A1F76" w:rsidRPr="00A8702F" w:rsidRDefault="00000000" w:rsidP="00A8702F">
            <w:pPr>
              <w:contextualSpacing/>
              <w:jc w:val="center"/>
              <w:rPr>
                <w:sz w:val="22"/>
              </w:rPr>
            </w:pPr>
            <w:r w:rsidRPr="00A8702F">
              <w:rPr>
                <w:sz w:val="22"/>
              </w:rPr>
              <w:t>92</w:t>
            </w:r>
          </w:p>
        </w:tc>
        <w:tc>
          <w:tcPr>
            <w:tcW w:w="2852" w:type="dxa"/>
          </w:tcPr>
          <w:p w14:paraId="046AEF31" w14:textId="77777777" w:rsidR="006A1F76" w:rsidRPr="00A8702F" w:rsidRDefault="00000000" w:rsidP="00A8702F">
            <w:pPr>
              <w:contextualSpacing/>
              <w:jc w:val="center"/>
              <w:rPr>
                <w:sz w:val="22"/>
              </w:rPr>
            </w:pPr>
            <w:r w:rsidRPr="00A8702F">
              <w:rPr>
                <w:sz w:val="22"/>
              </w:rPr>
              <w:t>970</w:t>
            </w:r>
          </w:p>
        </w:tc>
      </w:tr>
      <w:tr w:rsidR="006A1F76" w:rsidRPr="00A8702F" w14:paraId="29A8EA4F" w14:textId="77777777" w:rsidTr="00A8702F">
        <w:trPr>
          <w:trHeight w:val="17"/>
        </w:trPr>
        <w:tc>
          <w:tcPr>
            <w:tcW w:w="1426" w:type="dxa"/>
          </w:tcPr>
          <w:p w14:paraId="526D80A2" w14:textId="77777777" w:rsidR="006A1F76" w:rsidRPr="00A8702F" w:rsidRDefault="00000000" w:rsidP="00A8702F">
            <w:pPr>
              <w:contextualSpacing/>
              <w:jc w:val="center"/>
              <w:rPr>
                <w:sz w:val="22"/>
              </w:rPr>
            </w:pPr>
            <w:r w:rsidRPr="00A8702F">
              <w:rPr>
                <w:sz w:val="22"/>
              </w:rPr>
              <w:t>18</w:t>
            </w:r>
          </w:p>
        </w:tc>
        <w:tc>
          <w:tcPr>
            <w:tcW w:w="3423" w:type="dxa"/>
          </w:tcPr>
          <w:p w14:paraId="2EDAF415" w14:textId="77777777" w:rsidR="006A1F76" w:rsidRPr="00A8702F" w:rsidRDefault="00000000" w:rsidP="00A8702F">
            <w:pPr>
              <w:contextualSpacing/>
              <w:jc w:val="center"/>
              <w:rPr>
                <w:sz w:val="22"/>
              </w:rPr>
            </w:pPr>
            <w:r w:rsidRPr="00A8702F">
              <w:rPr>
                <w:sz w:val="22"/>
              </w:rPr>
              <w:t>6,461</w:t>
            </w:r>
          </w:p>
        </w:tc>
        <w:tc>
          <w:tcPr>
            <w:tcW w:w="2852" w:type="dxa"/>
          </w:tcPr>
          <w:p w14:paraId="6B8DAF5F" w14:textId="77777777" w:rsidR="006A1F76" w:rsidRPr="00A8702F" w:rsidRDefault="00000000" w:rsidP="00A8702F">
            <w:pPr>
              <w:contextualSpacing/>
              <w:jc w:val="center"/>
              <w:rPr>
                <w:sz w:val="22"/>
              </w:rPr>
            </w:pPr>
            <w:r w:rsidRPr="00A8702F">
              <w:rPr>
                <w:sz w:val="22"/>
              </w:rPr>
              <w:t>889</w:t>
            </w:r>
          </w:p>
        </w:tc>
        <w:tc>
          <w:tcPr>
            <w:tcW w:w="2852" w:type="dxa"/>
          </w:tcPr>
          <w:p w14:paraId="1944BFB1" w14:textId="77777777" w:rsidR="006A1F76" w:rsidRPr="00A8702F" w:rsidRDefault="00000000" w:rsidP="00A8702F">
            <w:pPr>
              <w:contextualSpacing/>
              <w:jc w:val="center"/>
              <w:rPr>
                <w:sz w:val="22"/>
              </w:rPr>
            </w:pPr>
            <w:r w:rsidRPr="00A8702F">
              <w:rPr>
                <w:sz w:val="22"/>
              </w:rPr>
              <w:t>81</w:t>
            </w:r>
          </w:p>
        </w:tc>
        <w:tc>
          <w:tcPr>
            <w:tcW w:w="2852" w:type="dxa"/>
          </w:tcPr>
          <w:p w14:paraId="1252D5A6" w14:textId="77777777" w:rsidR="006A1F76" w:rsidRPr="00A8702F" w:rsidRDefault="00000000" w:rsidP="00A8702F">
            <w:pPr>
              <w:contextualSpacing/>
              <w:jc w:val="center"/>
              <w:rPr>
                <w:sz w:val="22"/>
              </w:rPr>
            </w:pPr>
            <w:r w:rsidRPr="00A8702F">
              <w:rPr>
                <w:sz w:val="22"/>
              </w:rPr>
              <w:t>970</w:t>
            </w:r>
          </w:p>
        </w:tc>
      </w:tr>
      <w:tr w:rsidR="006A1F76" w:rsidRPr="00A8702F" w14:paraId="19204561" w14:textId="77777777" w:rsidTr="00A8702F">
        <w:trPr>
          <w:trHeight w:val="17"/>
        </w:trPr>
        <w:tc>
          <w:tcPr>
            <w:tcW w:w="1426" w:type="dxa"/>
          </w:tcPr>
          <w:p w14:paraId="2847A633" w14:textId="77777777" w:rsidR="006A1F76" w:rsidRPr="00A8702F" w:rsidRDefault="00000000" w:rsidP="00A8702F">
            <w:pPr>
              <w:contextualSpacing/>
              <w:jc w:val="center"/>
              <w:rPr>
                <w:sz w:val="22"/>
              </w:rPr>
            </w:pPr>
            <w:r w:rsidRPr="00A8702F">
              <w:rPr>
                <w:sz w:val="22"/>
              </w:rPr>
              <w:t>19</w:t>
            </w:r>
          </w:p>
        </w:tc>
        <w:tc>
          <w:tcPr>
            <w:tcW w:w="3423" w:type="dxa"/>
          </w:tcPr>
          <w:p w14:paraId="33690E4D" w14:textId="77777777" w:rsidR="006A1F76" w:rsidRPr="00A8702F" w:rsidRDefault="00000000" w:rsidP="00A8702F">
            <w:pPr>
              <w:contextualSpacing/>
              <w:jc w:val="center"/>
              <w:rPr>
                <w:sz w:val="22"/>
              </w:rPr>
            </w:pPr>
            <w:r w:rsidRPr="00A8702F">
              <w:rPr>
                <w:sz w:val="22"/>
              </w:rPr>
              <w:t>5,572</w:t>
            </w:r>
          </w:p>
        </w:tc>
        <w:tc>
          <w:tcPr>
            <w:tcW w:w="2852" w:type="dxa"/>
          </w:tcPr>
          <w:p w14:paraId="71E46982" w14:textId="77777777" w:rsidR="006A1F76" w:rsidRPr="00A8702F" w:rsidRDefault="00000000" w:rsidP="00A8702F">
            <w:pPr>
              <w:contextualSpacing/>
              <w:jc w:val="center"/>
              <w:rPr>
                <w:sz w:val="22"/>
              </w:rPr>
            </w:pPr>
            <w:r w:rsidRPr="00A8702F">
              <w:rPr>
                <w:sz w:val="22"/>
              </w:rPr>
              <w:t>900</w:t>
            </w:r>
          </w:p>
        </w:tc>
        <w:tc>
          <w:tcPr>
            <w:tcW w:w="2852" w:type="dxa"/>
          </w:tcPr>
          <w:p w14:paraId="67F82D0C" w14:textId="77777777" w:rsidR="006A1F76" w:rsidRPr="00A8702F" w:rsidRDefault="00000000" w:rsidP="00A8702F">
            <w:pPr>
              <w:contextualSpacing/>
              <w:jc w:val="center"/>
              <w:rPr>
                <w:sz w:val="22"/>
              </w:rPr>
            </w:pPr>
            <w:r w:rsidRPr="00A8702F">
              <w:rPr>
                <w:sz w:val="22"/>
              </w:rPr>
              <w:t>70</w:t>
            </w:r>
          </w:p>
        </w:tc>
        <w:tc>
          <w:tcPr>
            <w:tcW w:w="2852" w:type="dxa"/>
          </w:tcPr>
          <w:p w14:paraId="55761A41" w14:textId="77777777" w:rsidR="006A1F76" w:rsidRPr="00A8702F" w:rsidRDefault="00000000" w:rsidP="00A8702F">
            <w:pPr>
              <w:contextualSpacing/>
              <w:jc w:val="center"/>
              <w:rPr>
                <w:sz w:val="22"/>
              </w:rPr>
            </w:pPr>
            <w:r w:rsidRPr="00A8702F">
              <w:rPr>
                <w:sz w:val="22"/>
              </w:rPr>
              <w:t>970</w:t>
            </w:r>
          </w:p>
        </w:tc>
      </w:tr>
      <w:tr w:rsidR="006A1F76" w:rsidRPr="00A8702F" w14:paraId="44C9ED48" w14:textId="77777777" w:rsidTr="00A8702F">
        <w:trPr>
          <w:trHeight w:val="17"/>
        </w:trPr>
        <w:tc>
          <w:tcPr>
            <w:tcW w:w="1426" w:type="dxa"/>
          </w:tcPr>
          <w:p w14:paraId="5007C906" w14:textId="77777777" w:rsidR="006A1F76" w:rsidRPr="00A8702F" w:rsidRDefault="00000000" w:rsidP="00A8702F">
            <w:pPr>
              <w:contextualSpacing/>
              <w:jc w:val="center"/>
              <w:rPr>
                <w:sz w:val="22"/>
              </w:rPr>
            </w:pPr>
            <w:r w:rsidRPr="00A8702F">
              <w:rPr>
                <w:sz w:val="22"/>
              </w:rPr>
              <w:t>20</w:t>
            </w:r>
          </w:p>
        </w:tc>
        <w:tc>
          <w:tcPr>
            <w:tcW w:w="3423" w:type="dxa"/>
          </w:tcPr>
          <w:p w14:paraId="71450B0D" w14:textId="77777777" w:rsidR="006A1F76" w:rsidRPr="00A8702F" w:rsidRDefault="00000000" w:rsidP="00A8702F">
            <w:pPr>
              <w:contextualSpacing/>
              <w:jc w:val="center"/>
              <w:rPr>
                <w:sz w:val="22"/>
              </w:rPr>
            </w:pPr>
            <w:r w:rsidRPr="00A8702F">
              <w:rPr>
                <w:sz w:val="22"/>
              </w:rPr>
              <w:t>4,672</w:t>
            </w:r>
          </w:p>
        </w:tc>
        <w:tc>
          <w:tcPr>
            <w:tcW w:w="2852" w:type="dxa"/>
          </w:tcPr>
          <w:p w14:paraId="1EF8115F" w14:textId="77777777" w:rsidR="006A1F76" w:rsidRPr="00A8702F" w:rsidRDefault="00000000" w:rsidP="00A8702F">
            <w:pPr>
              <w:contextualSpacing/>
              <w:jc w:val="center"/>
              <w:rPr>
                <w:sz w:val="22"/>
              </w:rPr>
            </w:pPr>
            <w:r w:rsidRPr="00A8702F">
              <w:rPr>
                <w:sz w:val="22"/>
              </w:rPr>
              <w:t>911</w:t>
            </w:r>
          </w:p>
        </w:tc>
        <w:tc>
          <w:tcPr>
            <w:tcW w:w="2852" w:type="dxa"/>
          </w:tcPr>
          <w:p w14:paraId="60E7A8A8" w14:textId="77777777" w:rsidR="006A1F76" w:rsidRPr="00A8702F" w:rsidRDefault="00000000" w:rsidP="00A8702F">
            <w:pPr>
              <w:contextualSpacing/>
              <w:jc w:val="center"/>
              <w:rPr>
                <w:sz w:val="22"/>
              </w:rPr>
            </w:pPr>
            <w:r w:rsidRPr="00A8702F">
              <w:rPr>
                <w:sz w:val="22"/>
              </w:rPr>
              <w:t>58</w:t>
            </w:r>
          </w:p>
        </w:tc>
        <w:tc>
          <w:tcPr>
            <w:tcW w:w="2852" w:type="dxa"/>
          </w:tcPr>
          <w:p w14:paraId="42F05B71" w14:textId="77777777" w:rsidR="006A1F76" w:rsidRPr="00A8702F" w:rsidRDefault="00000000" w:rsidP="00A8702F">
            <w:pPr>
              <w:contextualSpacing/>
              <w:jc w:val="center"/>
              <w:rPr>
                <w:sz w:val="22"/>
              </w:rPr>
            </w:pPr>
            <w:r w:rsidRPr="00A8702F">
              <w:rPr>
                <w:sz w:val="22"/>
              </w:rPr>
              <w:t>970</w:t>
            </w:r>
          </w:p>
        </w:tc>
      </w:tr>
      <w:tr w:rsidR="006A1F76" w:rsidRPr="00A8702F" w14:paraId="77B3D653" w14:textId="77777777" w:rsidTr="00A8702F">
        <w:trPr>
          <w:trHeight w:val="17"/>
        </w:trPr>
        <w:tc>
          <w:tcPr>
            <w:tcW w:w="1426" w:type="dxa"/>
          </w:tcPr>
          <w:p w14:paraId="7B568215" w14:textId="77777777" w:rsidR="006A1F76" w:rsidRPr="00A8702F" w:rsidRDefault="00000000" w:rsidP="00A8702F">
            <w:pPr>
              <w:contextualSpacing/>
              <w:jc w:val="center"/>
              <w:rPr>
                <w:sz w:val="22"/>
              </w:rPr>
            </w:pPr>
            <w:r w:rsidRPr="00A8702F">
              <w:rPr>
                <w:sz w:val="22"/>
              </w:rPr>
              <w:t>21</w:t>
            </w:r>
          </w:p>
        </w:tc>
        <w:tc>
          <w:tcPr>
            <w:tcW w:w="3423" w:type="dxa"/>
          </w:tcPr>
          <w:p w14:paraId="2FE32A2B" w14:textId="77777777" w:rsidR="006A1F76" w:rsidRPr="00A8702F" w:rsidRDefault="00000000" w:rsidP="00A8702F">
            <w:pPr>
              <w:contextualSpacing/>
              <w:jc w:val="center"/>
              <w:rPr>
                <w:sz w:val="22"/>
              </w:rPr>
            </w:pPr>
            <w:r w:rsidRPr="00A8702F">
              <w:rPr>
                <w:sz w:val="22"/>
              </w:rPr>
              <w:t>3,761</w:t>
            </w:r>
          </w:p>
        </w:tc>
        <w:tc>
          <w:tcPr>
            <w:tcW w:w="2852" w:type="dxa"/>
          </w:tcPr>
          <w:p w14:paraId="7A10D7FA" w14:textId="77777777" w:rsidR="006A1F76" w:rsidRPr="00A8702F" w:rsidRDefault="00000000" w:rsidP="00A8702F">
            <w:pPr>
              <w:contextualSpacing/>
              <w:jc w:val="center"/>
              <w:rPr>
                <w:sz w:val="22"/>
              </w:rPr>
            </w:pPr>
            <w:r w:rsidRPr="00A8702F">
              <w:rPr>
                <w:sz w:val="22"/>
              </w:rPr>
              <w:t>923</w:t>
            </w:r>
          </w:p>
        </w:tc>
        <w:tc>
          <w:tcPr>
            <w:tcW w:w="2852" w:type="dxa"/>
          </w:tcPr>
          <w:p w14:paraId="28E52AA1" w14:textId="77777777" w:rsidR="006A1F76" w:rsidRPr="00A8702F" w:rsidRDefault="00000000" w:rsidP="00A8702F">
            <w:pPr>
              <w:contextualSpacing/>
              <w:jc w:val="center"/>
              <w:rPr>
                <w:sz w:val="22"/>
              </w:rPr>
            </w:pPr>
            <w:r w:rsidRPr="00A8702F">
              <w:rPr>
                <w:sz w:val="22"/>
              </w:rPr>
              <w:t>47</w:t>
            </w:r>
          </w:p>
        </w:tc>
        <w:tc>
          <w:tcPr>
            <w:tcW w:w="2852" w:type="dxa"/>
          </w:tcPr>
          <w:p w14:paraId="469DE814" w14:textId="77777777" w:rsidR="006A1F76" w:rsidRPr="00A8702F" w:rsidRDefault="00000000" w:rsidP="00A8702F">
            <w:pPr>
              <w:contextualSpacing/>
              <w:jc w:val="center"/>
              <w:rPr>
                <w:sz w:val="22"/>
              </w:rPr>
            </w:pPr>
            <w:r w:rsidRPr="00A8702F">
              <w:rPr>
                <w:sz w:val="22"/>
              </w:rPr>
              <w:t>970</w:t>
            </w:r>
          </w:p>
        </w:tc>
      </w:tr>
      <w:tr w:rsidR="006A1F76" w:rsidRPr="00A8702F" w14:paraId="47B0DEFF" w14:textId="77777777" w:rsidTr="00A8702F">
        <w:trPr>
          <w:trHeight w:val="17"/>
        </w:trPr>
        <w:tc>
          <w:tcPr>
            <w:tcW w:w="1426" w:type="dxa"/>
          </w:tcPr>
          <w:p w14:paraId="44C26413" w14:textId="77777777" w:rsidR="006A1F76" w:rsidRPr="00A8702F" w:rsidRDefault="00000000" w:rsidP="00A8702F">
            <w:pPr>
              <w:contextualSpacing/>
              <w:jc w:val="center"/>
              <w:rPr>
                <w:sz w:val="22"/>
              </w:rPr>
            </w:pPr>
            <w:r w:rsidRPr="00A8702F">
              <w:rPr>
                <w:sz w:val="22"/>
              </w:rPr>
              <w:t>22</w:t>
            </w:r>
          </w:p>
        </w:tc>
        <w:tc>
          <w:tcPr>
            <w:tcW w:w="3423" w:type="dxa"/>
          </w:tcPr>
          <w:p w14:paraId="07FE9E56" w14:textId="77777777" w:rsidR="006A1F76" w:rsidRPr="00A8702F" w:rsidRDefault="00000000" w:rsidP="00A8702F">
            <w:pPr>
              <w:contextualSpacing/>
              <w:jc w:val="center"/>
              <w:rPr>
                <w:sz w:val="22"/>
              </w:rPr>
            </w:pPr>
            <w:r w:rsidRPr="00A8702F">
              <w:rPr>
                <w:sz w:val="22"/>
              </w:rPr>
              <w:t>2,838</w:t>
            </w:r>
          </w:p>
        </w:tc>
        <w:tc>
          <w:tcPr>
            <w:tcW w:w="2852" w:type="dxa"/>
          </w:tcPr>
          <w:p w14:paraId="372C2A13" w14:textId="77777777" w:rsidR="006A1F76" w:rsidRPr="00A8702F" w:rsidRDefault="00000000" w:rsidP="00A8702F">
            <w:pPr>
              <w:contextualSpacing/>
              <w:jc w:val="center"/>
              <w:rPr>
                <w:sz w:val="22"/>
              </w:rPr>
            </w:pPr>
            <w:r w:rsidRPr="00A8702F">
              <w:rPr>
                <w:sz w:val="22"/>
              </w:rPr>
              <w:t>934</w:t>
            </w:r>
          </w:p>
        </w:tc>
        <w:tc>
          <w:tcPr>
            <w:tcW w:w="2852" w:type="dxa"/>
          </w:tcPr>
          <w:p w14:paraId="3D5C510C" w14:textId="77777777" w:rsidR="006A1F76" w:rsidRPr="00A8702F" w:rsidRDefault="00000000" w:rsidP="00A8702F">
            <w:pPr>
              <w:contextualSpacing/>
              <w:jc w:val="center"/>
              <w:rPr>
                <w:sz w:val="22"/>
              </w:rPr>
            </w:pPr>
            <w:r w:rsidRPr="00A8702F">
              <w:rPr>
                <w:sz w:val="22"/>
              </w:rPr>
              <w:t>35</w:t>
            </w:r>
          </w:p>
        </w:tc>
        <w:tc>
          <w:tcPr>
            <w:tcW w:w="2852" w:type="dxa"/>
          </w:tcPr>
          <w:p w14:paraId="02A9DA5D" w14:textId="77777777" w:rsidR="006A1F76" w:rsidRPr="00A8702F" w:rsidRDefault="00000000" w:rsidP="00A8702F">
            <w:pPr>
              <w:contextualSpacing/>
              <w:jc w:val="center"/>
              <w:rPr>
                <w:sz w:val="22"/>
              </w:rPr>
            </w:pPr>
            <w:r w:rsidRPr="00A8702F">
              <w:rPr>
                <w:sz w:val="22"/>
              </w:rPr>
              <w:t>970</w:t>
            </w:r>
          </w:p>
        </w:tc>
      </w:tr>
      <w:tr w:rsidR="006A1F76" w:rsidRPr="00A8702F" w14:paraId="59720240" w14:textId="77777777" w:rsidTr="00A8702F">
        <w:trPr>
          <w:trHeight w:val="17"/>
        </w:trPr>
        <w:tc>
          <w:tcPr>
            <w:tcW w:w="1426" w:type="dxa"/>
          </w:tcPr>
          <w:p w14:paraId="72E4F76D" w14:textId="77777777" w:rsidR="006A1F76" w:rsidRPr="00A8702F" w:rsidRDefault="00000000" w:rsidP="00A8702F">
            <w:pPr>
              <w:jc w:val="center"/>
              <w:rPr>
                <w:sz w:val="22"/>
              </w:rPr>
            </w:pPr>
            <w:r w:rsidRPr="00A8702F">
              <w:rPr>
                <w:sz w:val="22"/>
              </w:rPr>
              <w:t>23</w:t>
            </w:r>
          </w:p>
        </w:tc>
        <w:tc>
          <w:tcPr>
            <w:tcW w:w="3423" w:type="dxa"/>
          </w:tcPr>
          <w:p w14:paraId="268DF96D" w14:textId="77777777" w:rsidR="006A1F76" w:rsidRPr="00A8702F" w:rsidRDefault="00000000" w:rsidP="00A8702F">
            <w:pPr>
              <w:jc w:val="center"/>
              <w:rPr>
                <w:sz w:val="22"/>
              </w:rPr>
            </w:pPr>
            <w:r w:rsidRPr="00A8702F">
              <w:rPr>
                <w:sz w:val="22"/>
              </w:rPr>
              <w:t>1,904</w:t>
            </w:r>
          </w:p>
        </w:tc>
        <w:tc>
          <w:tcPr>
            <w:tcW w:w="2852" w:type="dxa"/>
          </w:tcPr>
          <w:p w14:paraId="1360C81A" w14:textId="77777777" w:rsidR="006A1F76" w:rsidRPr="00A8702F" w:rsidRDefault="00000000" w:rsidP="00A8702F">
            <w:pPr>
              <w:jc w:val="center"/>
              <w:rPr>
                <w:sz w:val="22"/>
              </w:rPr>
            </w:pPr>
            <w:r w:rsidRPr="00A8702F">
              <w:rPr>
                <w:sz w:val="22"/>
              </w:rPr>
              <w:t>946</w:t>
            </w:r>
          </w:p>
        </w:tc>
        <w:tc>
          <w:tcPr>
            <w:tcW w:w="2852" w:type="dxa"/>
          </w:tcPr>
          <w:p w14:paraId="1D8EB8EE" w14:textId="77777777" w:rsidR="006A1F76" w:rsidRPr="00A8702F" w:rsidRDefault="00000000" w:rsidP="00A8702F">
            <w:pPr>
              <w:jc w:val="center"/>
              <w:rPr>
                <w:sz w:val="22"/>
              </w:rPr>
            </w:pPr>
            <w:r w:rsidRPr="00A8702F">
              <w:rPr>
                <w:sz w:val="22"/>
              </w:rPr>
              <w:t>24</w:t>
            </w:r>
          </w:p>
        </w:tc>
        <w:tc>
          <w:tcPr>
            <w:tcW w:w="2852" w:type="dxa"/>
          </w:tcPr>
          <w:p w14:paraId="268DFD07" w14:textId="77777777" w:rsidR="006A1F76" w:rsidRPr="00A8702F" w:rsidRDefault="00000000" w:rsidP="00A8702F">
            <w:pPr>
              <w:jc w:val="center"/>
              <w:rPr>
                <w:sz w:val="22"/>
              </w:rPr>
            </w:pPr>
            <w:r w:rsidRPr="00A8702F">
              <w:rPr>
                <w:sz w:val="22"/>
              </w:rPr>
              <w:t>970</w:t>
            </w:r>
          </w:p>
        </w:tc>
      </w:tr>
      <w:tr w:rsidR="006A1F76" w:rsidRPr="00A8702F" w14:paraId="1C6F161B" w14:textId="77777777" w:rsidTr="00A8702F">
        <w:trPr>
          <w:trHeight w:val="27"/>
        </w:trPr>
        <w:tc>
          <w:tcPr>
            <w:tcW w:w="1426" w:type="dxa"/>
          </w:tcPr>
          <w:p w14:paraId="0AA4FC67" w14:textId="77777777" w:rsidR="006A1F76" w:rsidRPr="00A8702F" w:rsidRDefault="00000000" w:rsidP="00A8702F">
            <w:pPr>
              <w:jc w:val="center"/>
              <w:rPr>
                <w:sz w:val="22"/>
              </w:rPr>
            </w:pPr>
            <w:r w:rsidRPr="00A8702F">
              <w:rPr>
                <w:sz w:val="22"/>
              </w:rPr>
              <w:t>24</w:t>
            </w:r>
          </w:p>
        </w:tc>
        <w:tc>
          <w:tcPr>
            <w:tcW w:w="3423" w:type="dxa"/>
          </w:tcPr>
          <w:p w14:paraId="31549BB9" w14:textId="77777777" w:rsidR="006A1F76" w:rsidRPr="00A8702F" w:rsidRDefault="00000000" w:rsidP="00A8702F">
            <w:pPr>
              <w:jc w:val="center"/>
              <w:rPr>
                <w:sz w:val="22"/>
              </w:rPr>
            </w:pPr>
            <w:r w:rsidRPr="00A8702F">
              <w:rPr>
                <w:sz w:val="22"/>
              </w:rPr>
              <w:t>958</w:t>
            </w:r>
          </w:p>
        </w:tc>
        <w:tc>
          <w:tcPr>
            <w:tcW w:w="2852" w:type="dxa"/>
          </w:tcPr>
          <w:p w14:paraId="37425DCC" w14:textId="77777777" w:rsidR="006A1F76" w:rsidRPr="00A8702F" w:rsidRDefault="00000000" w:rsidP="00A8702F">
            <w:pPr>
              <w:jc w:val="center"/>
              <w:rPr>
                <w:sz w:val="22"/>
              </w:rPr>
            </w:pPr>
            <w:r w:rsidRPr="00A8702F">
              <w:rPr>
                <w:sz w:val="22"/>
              </w:rPr>
              <w:t>958</w:t>
            </w:r>
          </w:p>
        </w:tc>
        <w:tc>
          <w:tcPr>
            <w:tcW w:w="2852" w:type="dxa"/>
          </w:tcPr>
          <w:p w14:paraId="48DF98D7" w14:textId="77777777" w:rsidR="006A1F76" w:rsidRPr="00A8702F" w:rsidRDefault="00000000" w:rsidP="00A8702F">
            <w:pPr>
              <w:jc w:val="center"/>
              <w:rPr>
                <w:sz w:val="22"/>
              </w:rPr>
            </w:pPr>
            <w:r w:rsidRPr="00A8702F">
              <w:rPr>
                <w:sz w:val="22"/>
              </w:rPr>
              <w:t>12</w:t>
            </w:r>
          </w:p>
        </w:tc>
        <w:tc>
          <w:tcPr>
            <w:tcW w:w="2852" w:type="dxa"/>
          </w:tcPr>
          <w:p w14:paraId="541C6CAF" w14:textId="77777777" w:rsidR="006A1F76" w:rsidRPr="00A8702F" w:rsidRDefault="00000000" w:rsidP="00A8702F">
            <w:pPr>
              <w:jc w:val="center"/>
              <w:rPr>
                <w:sz w:val="22"/>
              </w:rPr>
            </w:pPr>
            <w:r w:rsidRPr="00A8702F">
              <w:rPr>
                <w:sz w:val="22"/>
              </w:rPr>
              <w:t>970</w:t>
            </w:r>
          </w:p>
        </w:tc>
      </w:tr>
    </w:tbl>
    <w:p w14:paraId="270C007F" w14:textId="77777777" w:rsidR="00CF7075" w:rsidRPr="00A8702F" w:rsidRDefault="00CF7075" w:rsidP="00A8702F">
      <w:pPr>
        <w:spacing w:line="240" w:lineRule="auto"/>
        <w:rPr>
          <w:sz w:val="22"/>
        </w:rPr>
      </w:pPr>
    </w:p>
    <w:sectPr w:rsidR="00CF7075" w:rsidRPr="00A8702F" w:rsidSect="00034616">
      <w:footerReference w:type="even" r:id="rId15"/>
      <w:footerReference w:type="default" r:id="rId16"/>
      <w:footerReference w:type="first" r:id="rId17"/>
      <w:pgSz w:w="16834" w:h="11909" w:orient="landscape"/>
      <w:pgMar w:top="576"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15F5A" w14:textId="77777777" w:rsidR="00AE3A9A" w:rsidRDefault="00AE3A9A">
      <w:pPr>
        <w:spacing w:after="0" w:line="240" w:lineRule="auto"/>
      </w:pPr>
      <w:r>
        <w:separator/>
      </w:r>
    </w:p>
  </w:endnote>
  <w:endnote w:type="continuationSeparator" w:id="0">
    <w:p w14:paraId="1AB6ABDC" w14:textId="77777777" w:rsidR="00AE3A9A" w:rsidRDefault="00AE3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86F31" w14:textId="77777777" w:rsidR="00A8702F" w:rsidRDefault="00A870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454EC" w14:textId="1B89555A" w:rsidR="00B67468" w:rsidRDefault="00331BC9" w:rsidP="00331BC9">
    <w:pPr>
      <w:pStyle w:val="Footer"/>
      <w:jc w:val="center"/>
    </w:pPr>
    <w:bookmarkStart w:id="0" w:name="TITUS1FooterPrimary"/>
    <w:r w:rsidRPr="00331BC9">
      <w:rPr>
        <w:rFonts w:ascii="Arial" w:hAnsi="Arial" w:cs="Arial"/>
        <w:color w:val="000000"/>
      </w:rPr>
      <w:t>Restricted</w:t>
    </w:r>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FD990" w14:textId="77777777" w:rsidR="00A8702F" w:rsidRDefault="00A870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45AA3" w14:textId="77777777" w:rsidR="00B67468" w:rsidRDefault="00B6746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430D1" w14:textId="4701BE2E" w:rsidR="00A8702F" w:rsidRDefault="00331BC9" w:rsidP="00331BC9">
    <w:pPr>
      <w:pStyle w:val="Footer"/>
      <w:jc w:val="center"/>
    </w:pPr>
    <w:bookmarkStart w:id="1" w:name="TITUS2FooterPrimary"/>
    <w:r w:rsidRPr="00331BC9">
      <w:rPr>
        <w:rFonts w:ascii="Arial" w:hAnsi="Arial" w:cs="Arial"/>
        <w:color w:val="000000"/>
      </w:rPr>
      <w:t>Restricted</w:t>
    </w:r>
    <w:bookmarkEnd w:id="1"/>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11CD3" w14:textId="77777777" w:rsidR="00B67468" w:rsidRDefault="00B674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15950" w14:textId="77777777" w:rsidR="00AE3A9A" w:rsidRDefault="00AE3A9A">
      <w:pPr>
        <w:spacing w:after="0" w:line="240" w:lineRule="auto"/>
      </w:pPr>
      <w:r>
        <w:separator/>
      </w:r>
    </w:p>
  </w:footnote>
  <w:footnote w:type="continuationSeparator" w:id="0">
    <w:p w14:paraId="5B161A07" w14:textId="77777777" w:rsidR="00AE3A9A" w:rsidRDefault="00AE3A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8E55" w14:textId="77777777" w:rsidR="00A8702F" w:rsidRDefault="00A870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46067" w14:textId="77777777" w:rsidR="00A8702F" w:rsidRDefault="00A870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7DE19" w14:textId="77777777" w:rsidR="00A8702F" w:rsidRDefault="00A870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13951269">
    <w:abstractNumId w:val="8"/>
  </w:num>
  <w:num w:numId="2" w16cid:durableId="1280330809">
    <w:abstractNumId w:val="6"/>
  </w:num>
  <w:num w:numId="3" w16cid:durableId="1126971721">
    <w:abstractNumId w:val="5"/>
  </w:num>
  <w:num w:numId="4" w16cid:durableId="1697384030">
    <w:abstractNumId w:val="4"/>
  </w:num>
  <w:num w:numId="5" w16cid:durableId="2133670043">
    <w:abstractNumId w:val="7"/>
  </w:num>
  <w:num w:numId="6" w16cid:durableId="167792040">
    <w:abstractNumId w:val="3"/>
  </w:num>
  <w:num w:numId="7" w16cid:durableId="1020398014">
    <w:abstractNumId w:val="2"/>
  </w:num>
  <w:num w:numId="8" w16cid:durableId="1141966078">
    <w:abstractNumId w:val="1"/>
  </w:num>
  <w:num w:numId="9" w16cid:durableId="55205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31BC9"/>
    <w:rsid w:val="00672F89"/>
    <w:rsid w:val="006A1F76"/>
    <w:rsid w:val="00A8702F"/>
    <w:rsid w:val="00AA1D8D"/>
    <w:rsid w:val="00AB2743"/>
    <w:rsid w:val="00AE3A9A"/>
    <w:rsid w:val="00AF452B"/>
    <w:rsid w:val="00B47730"/>
    <w:rsid w:val="00B67468"/>
    <w:rsid w:val="00C17ABA"/>
    <w:rsid w:val="00CB0664"/>
    <w:rsid w:val="00CF7075"/>
    <w:rsid w:val="00DB628E"/>
    <w:rsid w:val="00FC693F"/>
    <w:rsid w:val="0D16D076"/>
    <w:rsid w:val="26222EB2"/>
    <w:rsid w:val="507E88F1"/>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DD5AAFA4-18F9-4A30-9567-67CDF9955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Nirmala UI" w:eastAsia="Nirmala UI" w:hAnsi="Nirmala UI"/>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itus xmlns="http://schemas.titus.com/TitusProperties/">
  <TitusGUID xmlns="">82366b8d-85ab-47db-877f-df8ee311275a</TitusGUID>
  <TitusMetadata xmlns="">eyJucyI6Imh0dHA6XC9cL3d3dy50aXR1cy5jb21cL25zXC9CT00iLCJwcm9wcyI6W3sibiI6IkNsYXNzaWZpY2F0aW9uIiwidmFscyI6W3sidmFsdWUiOiIjUmVzdHJpY3RlZCMifV19XX0=</TitusMetadata>
</titu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AC0FBA-F669-44AC-A5BB-D2445911AC77}">
  <ds:schemaRefs>
    <ds:schemaRef ds:uri="http://schemas.titus.com/TitusProperties/"/>
    <ds:schemaRef ds:uri=""/>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1089</Words>
  <Characters>4467</Characters>
  <Application>Microsoft Office Word</Application>
  <DocSecurity>0</DocSecurity>
  <Lines>381</Lines>
  <Paragraphs>276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ਪੰਜਾਬੀ ਮੁੱਖ ਤੱਥ ਵੇਰਵਾ - ਅਨੁਬੰਧ ਕ, ਖ ਅਤੇ ਗ</dc:title>
  <dc:subject/>
  <dc:creator>Gaurav Singh</dc:creator>
  <cp:keywords/>
  <dc:description>generated by python-docx</dc:description>
  <cp:lastModifiedBy>Gaurav Singh</cp:lastModifiedBy>
  <cp:revision>2</cp:revision>
  <dcterms:created xsi:type="dcterms:W3CDTF">2026-08-29T13:38:00Z</dcterms:created>
  <dcterms:modified xsi:type="dcterms:W3CDTF">2026-08-29T13:38:00Z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82366b8d-85ab-47db-877f-df8ee311275a</vt:lpwstr>
  </property>
  <property fmtid="{D5CDD505-2E9C-101B-9397-08002B2CF9AE}" pid="3" name="Classification">
    <vt:lpwstr>#Restricted#</vt:lpwstr>
  </property>
</Properties>
</file>